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8C1FC" w14:textId="77777777" w:rsidR="0050580F" w:rsidRDefault="0050580F" w:rsidP="0050580F">
      <w:pPr>
        <w:spacing w:after="0"/>
      </w:pPr>
      <w:r w:rsidRPr="0050580F">
        <w:rPr>
          <w:bCs/>
          <w:noProof/>
        </w:rPr>
        <w:drawing>
          <wp:anchor distT="0" distB="0" distL="114300" distR="114300" simplePos="0" relativeHeight="251659264" behindDoc="1" locked="0" layoutInCell="1" allowOverlap="1" wp14:anchorId="1EB4B807" wp14:editId="24CC5C68">
            <wp:simplePos x="0" y="0"/>
            <wp:positionH relativeFrom="column">
              <wp:posOffset>4267200</wp:posOffset>
            </wp:positionH>
            <wp:positionV relativeFrom="paragraph">
              <wp:posOffset>9525</wp:posOffset>
            </wp:positionV>
            <wp:extent cx="1228725" cy="1228725"/>
            <wp:effectExtent l="0" t="0" r="9525" b="9525"/>
            <wp:wrapTight wrapText="bothSides">
              <wp:wrapPolygon edited="0"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888153850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50580F">
        <w:rPr>
          <w:bCs/>
          <w:sz w:val="28"/>
        </w:rPr>
        <w:t>DJEČJI VRTIĆ CRVENKAPICA FARKAŠEVAC</w:t>
      </w:r>
      <w:r w:rsidR="00000000">
        <w:rPr>
          <w:b/>
          <w:sz w:val="28"/>
        </w:rPr>
        <w:br/>
      </w:r>
      <w:proofErr w:type="spellStart"/>
      <w:r w:rsidR="00000000">
        <w:t>Farkaševac</w:t>
      </w:r>
      <w:proofErr w:type="spellEnd"/>
      <w:r w:rsidR="00000000">
        <w:t xml:space="preserve"> 30 A, 10344 Farkaševac</w:t>
      </w:r>
      <w:r w:rsidR="00000000">
        <w:br/>
        <w:t xml:space="preserve">E-mail: </w:t>
      </w:r>
      <w:hyperlink r:id="rId7" w:history="1">
        <w:r w:rsidRPr="00CD173D">
          <w:rPr>
            <w:rStyle w:val="Hiperveza"/>
          </w:rPr>
          <w:t>crvenkapica.farkasevac@gmail.com</w:t>
        </w:r>
      </w:hyperlink>
    </w:p>
    <w:p w14:paraId="2E6DD862" w14:textId="760947EA" w:rsidR="00AB1207" w:rsidRDefault="00000000" w:rsidP="0050580F">
      <w:pPr>
        <w:spacing w:after="0"/>
      </w:pPr>
      <w:proofErr w:type="spellStart"/>
      <w:r>
        <w:t>Telefon</w:t>
      </w:r>
      <w:proofErr w:type="spellEnd"/>
      <w:r>
        <w:t>: 01/2820-971</w:t>
      </w:r>
    </w:p>
    <w:p w14:paraId="4712F06F" w14:textId="77777777" w:rsidR="00AB1207" w:rsidRDefault="00AB1207"/>
    <w:p w14:paraId="11036619" w14:textId="77777777" w:rsidR="0050580F" w:rsidRDefault="0050580F">
      <w:pPr>
        <w:jc w:val="center"/>
        <w:rPr>
          <w:b/>
          <w:sz w:val="32"/>
        </w:rPr>
      </w:pPr>
    </w:p>
    <w:p w14:paraId="6DFD760E" w14:textId="4A83EF78" w:rsidR="005A04A1" w:rsidRPr="005A04A1" w:rsidRDefault="00000000" w:rsidP="005A04A1">
      <w:pPr>
        <w:jc w:val="center"/>
        <w:rPr>
          <w:b/>
          <w:sz w:val="32"/>
        </w:rPr>
      </w:pPr>
      <w:r>
        <w:rPr>
          <w:b/>
          <w:sz w:val="32"/>
        </w:rPr>
        <w:t>INICIJALNI UPITNIK ZA RODITELJE / SKRBNIKE</w:t>
      </w:r>
    </w:p>
    <w:p w14:paraId="22246CC8" w14:textId="77777777" w:rsidR="00AB1207" w:rsidRDefault="00000000" w:rsidP="0050580F">
      <w:pPr>
        <w:jc w:val="both"/>
      </w:pPr>
      <w:r>
        <w:t xml:space="preserve">Ovaj upitnik služi prikupljanju podataka važnih za kvalitetno uključivanje djeteta u program ranog i predškolskog odgoja i obrazovanja. Podaci se obrađuju isključivo u svrhu provedbe upisnog postupka, organizacije odgojno-obrazovnog rada i praćenja potreba djeteta, sukladno Općoj uredbi o zaštiti podataka (GDPR), Zakonu o provedbi Opće uredbe o zaštiti podataka te Zakonu o </w:t>
      </w:r>
      <w:proofErr w:type="spellStart"/>
      <w:r>
        <w:t>predškolskom</w:t>
      </w:r>
      <w:proofErr w:type="spellEnd"/>
      <w:r>
        <w:t xml:space="preserve"> </w:t>
      </w:r>
      <w:proofErr w:type="spellStart"/>
      <w:r>
        <w:t>odgoju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obrazovanju</w:t>
      </w:r>
      <w:proofErr w:type="spellEnd"/>
      <w:r>
        <w:t>.</w:t>
      </w:r>
    </w:p>
    <w:p w14:paraId="03BB03F4" w14:textId="77777777" w:rsidR="0050580F" w:rsidRDefault="0050580F" w:rsidP="0050580F">
      <w:pPr>
        <w:jc w:val="both"/>
      </w:pPr>
    </w:p>
    <w:p w14:paraId="6A6DFA30" w14:textId="77777777" w:rsidR="00AB1207" w:rsidRDefault="00000000">
      <w:r>
        <w:rPr>
          <w:b/>
          <w:sz w:val="24"/>
        </w:rPr>
        <w:t>1. PODACI O DJETETU</w:t>
      </w:r>
    </w:p>
    <w:p w14:paraId="1823F2DC" w14:textId="77777777" w:rsidR="00AB1207" w:rsidRDefault="00000000">
      <w:r>
        <w:t>Ime i prezime djeteta: __________________________________________</w:t>
      </w:r>
    </w:p>
    <w:p w14:paraId="36289938" w14:textId="77777777" w:rsidR="00AB1207" w:rsidRDefault="00000000">
      <w:r>
        <w:t>Datum rođenja: _________________________________________________</w:t>
      </w:r>
    </w:p>
    <w:p w14:paraId="4E8AD521" w14:textId="77777777" w:rsidR="00AB1207" w:rsidRDefault="00000000">
      <w:r>
        <w:t>OIB djeteta: _________________________________________________</w:t>
      </w:r>
    </w:p>
    <w:p w14:paraId="3F1F4062" w14:textId="77777777" w:rsidR="00AB1207" w:rsidRDefault="00000000">
      <w:r>
        <w:t>Adresa stanovanja: ____________________________________________</w:t>
      </w:r>
    </w:p>
    <w:p w14:paraId="2CF5D0EF" w14:textId="55FFDF37" w:rsidR="00AB1207" w:rsidRDefault="00000000">
      <w:r>
        <w:t>Spol: _____________________</w:t>
      </w:r>
      <w:r w:rsidR="0050580F">
        <w:t xml:space="preserve"> </w:t>
      </w:r>
    </w:p>
    <w:p w14:paraId="62CB7052" w14:textId="77777777" w:rsidR="0050580F" w:rsidRDefault="0050580F"/>
    <w:p w14:paraId="6D5D38CA" w14:textId="77777777" w:rsidR="00AB1207" w:rsidRDefault="00000000">
      <w:r>
        <w:rPr>
          <w:b/>
          <w:sz w:val="24"/>
        </w:rPr>
        <w:t>2. PODACI O RODITELJIMA / SKRBNICIMA</w:t>
      </w:r>
    </w:p>
    <w:p w14:paraId="2C5880AA" w14:textId="77777777" w:rsidR="00AB1207" w:rsidRDefault="00000000">
      <w:r>
        <w:t>Ime i prezime majke/skrbnice: _________________________________</w:t>
      </w:r>
    </w:p>
    <w:p w14:paraId="5A4CC728" w14:textId="77777777" w:rsidR="00AB1207" w:rsidRDefault="00000000">
      <w:r>
        <w:t>Kontakt telefon: ______________________________________________</w:t>
      </w:r>
    </w:p>
    <w:p w14:paraId="4E813BB9" w14:textId="77777777" w:rsidR="00AB1207" w:rsidRDefault="00000000">
      <w:r>
        <w:t>E-mail: ______________________________________________________</w:t>
      </w:r>
    </w:p>
    <w:p w14:paraId="4EDCFB27" w14:textId="77777777" w:rsidR="00AB1207" w:rsidRDefault="00AB1207"/>
    <w:p w14:paraId="0E9BE3EF" w14:textId="77777777" w:rsidR="00AB1207" w:rsidRDefault="00000000">
      <w:r>
        <w:t>Ime i prezime oca/skrbnika: __________________________________</w:t>
      </w:r>
    </w:p>
    <w:p w14:paraId="0D83F65C" w14:textId="77777777" w:rsidR="00AB1207" w:rsidRDefault="00000000">
      <w:r>
        <w:t>Kontakt telefon: ______________________________________________</w:t>
      </w:r>
    </w:p>
    <w:p w14:paraId="5A5F6FD8" w14:textId="04FF9D4B" w:rsidR="0050580F" w:rsidRPr="005A04A1" w:rsidRDefault="00000000">
      <w:r>
        <w:t>E-mail: ______________________________________________________</w:t>
      </w:r>
      <w:r w:rsidR="005A04A1">
        <w:t>__</w:t>
      </w:r>
    </w:p>
    <w:p w14:paraId="7448688B" w14:textId="4A7089B3" w:rsidR="00AB1207" w:rsidRDefault="00000000">
      <w:r>
        <w:rPr>
          <w:b/>
          <w:sz w:val="24"/>
        </w:rPr>
        <w:lastRenderedPageBreak/>
        <w:t>3. OBITELJSKE OKOLNOSTI</w:t>
      </w:r>
    </w:p>
    <w:p w14:paraId="459F18FB" w14:textId="2CB7358F" w:rsidR="0050580F" w:rsidRDefault="00000000">
      <w:r>
        <w:t>S kim dijete živi: ____________________________________________</w:t>
      </w:r>
      <w:r w:rsidR="0050580F">
        <w:t xml:space="preserve">_________________________________________ </w:t>
      </w:r>
    </w:p>
    <w:p w14:paraId="7E16A734" w14:textId="0C315603" w:rsidR="00AB1207" w:rsidRDefault="00000000">
      <w:r>
        <w:t xml:space="preserve">Postoje li okolnosti važne za </w:t>
      </w:r>
      <w:proofErr w:type="spellStart"/>
      <w:r>
        <w:t>razvoj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dobrobit</w:t>
      </w:r>
      <w:proofErr w:type="spellEnd"/>
      <w:r>
        <w:t xml:space="preserve"> </w:t>
      </w:r>
      <w:proofErr w:type="spellStart"/>
      <w:r>
        <w:t>djeteta</w:t>
      </w:r>
      <w:proofErr w:type="spellEnd"/>
      <w:r w:rsidR="0050580F">
        <w:t xml:space="preserve"> </w:t>
      </w:r>
      <w:r>
        <w:t>(</w:t>
      </w:r>
      <w:proofErr w:type="spellStart"/>
      <w:r>
        <w:t>npr</w:t>
      </w:r>
      <w:proofErr w:type="spellEnd"/>
      <w:r>
        <w:t xml:space="preserve">. </w:t>
      </w:r>
      <w:proofErr w:type="spellStart"/>
      <w:r>
        <w:t>razvod</w:t>
      </w:r>
      <w:proofErr w:type="spellEnd"/>
      <w:r>
        <w:t xml:space="preserve">, bolest, </w:t>
      </w:r>
      <w:proofErr w:type="spellStart"/>
      <w:r>
        <w:t>preseljenje</w:t>
      </w:r>
      <w:proofErr w:type="spellEnd"/>
      <w:r>
        <w:t xml:space="preserve">, </w:t>
      </w:r>
      <w:proofErr w:type="spellStart"/>
      <w:r>
        <w:t>gubitak</w:t>
      </w:r>
      <w:proofErr w:type="spellEnd"/>
      <w:r>
        <w:t xml:space="preserve"> </w:t>
      </w:r>
      <w:proofErr w:type="spellStart"/>
      <w:r>
        <w:t>člana</w:t>
      </w:r>
      <w:proofErr w:type="spellEnd"/>
      <w:r>
        <w:t xml:space="preserve"> </w:t>
      </w:r>
      <w:proofErr w:type="spellStart"/>
      <w:r>
        <w:t>obitelji</w:t>
      </w:r>
      <w:proofErr w:type="spellEnd"/>
      <w:proofErr w:type="gramStart"/>
      <w:r>
        <w:t>)</w:t>
      </w:r>
      <w:r w:rsidR="0050580F">
        <w:t>?</w:t>
      </w:r>
      <w:r>
        <w:t>:</w:t>
      </w:r>
      <w:proofErr w:type="gramEnd"/>
    </w:p>
    <w:p w14:paraId="4F2C7DF6" w14:textId="77777777" w:rsidR="0050580F" w:rsidRDefault="0050580F" w:rsidP="0050580F">
      <w:r>
        <w:t>_________________________________________________________________________________________________________</w:t>
      </w:r>
    </w:p>
    <w:p w14:paraId="3F7538ED" w14:textId="24798C6D" w:rsidR="0050580F" w:rsidRDefault="0050580F">
      <w:r>
        <w:t>_________________________________________________________________________________________________________</w:t>
      </w:r>
    </w:p>
    <w:p w14:paraId="1971C7EB" w14:textId="77777777" w:rsidR="0050580F" w:rsidRDefault="0050580F"/>
    <w:p w14:paraId="402B17CD" w14:textId="77777777" w:rsidR="00AB1207" w:rsidRDefault="00000000">
      <w:r>
        <w:rPr>
          <w:b/>
          <w:sz w:val="24"/>
        </w:rPr>
        <w:t>4. ZDRAVSTVENI I RAZVOJNI PODACI</w:t>
      </w:r>
    </w:p>
    <w:p w14:paraId="503CF999" w14:textId="77777777" w:rsidR="00AB1207" w:rsidRDefault="00000000">
      <w:r>
        <w:t>Ima li dijete alergije, kronične bolesti ili posebne zdravstvene potrebe?</w:t>
      </w:r>
    </w:p>
    <w:p w14:paraId="4E405286" w14:textId="56349434" w:rsidR="00AB1207" w:rsidRDefault="00000000">
      <w:bookmarkStart w:id="0" w:name="_Hlk230182095"/>
      <w:r>
        <w:t>______________________________________________________________</w:t>
      </w:r>
      <w:r w:rsidR="0050580F">
        <w:t>___________________________________________</w:t>
      </w:r>
    </w:p>
    <w:p w14:paraId="14AAC6C2" w14:textId="41492648" w:rsidR="00AB1207" w:rsidRDefault="00000000">
      <w:r>
        <w:t>_____________________________________________________________</w:t>
      </w:r>
      <w:r w:rsidR="0050580F">
        <w:t>___________________________________________</w:t>
      </w:r>
      <w:r>
        <w:t>_</w:t>
      </w:r>
    </w:p>
    <w:bookmarkEnd w:id="0"/>
    <w:p w14:paraId="7697BF6A" w14:textId="77777777" w:rsidR="00AB1207" w:rsidRDefault="00000000">
      <w:r>
        <w:t xml:space="preserve">Koristi li dijete terapije ili je </w:t>
      </w:r>
      <w:proofErr w:type="spellStart"/>
      <w:r>
        <w:t>uključeno</w:t>
      </w:r>
      <w:proofErr w:type="spellEnd"/>
      <w:r>
        <w:t xml:space="preserve"> u </w:t>
      </w:r>
      <w:proofErr w:type="spellStart"/>
      <w:r>
        <w:t>stručni</w:t>
      </w:r>
      <w:proofErr w:type="spellEnd"/>
      <w:r>
        <w:t xml:space="preserve"> </w:t>
      </w:r>
      <w:proofErr w:type="spellStart"/>
      <w:r>
        <w:t>tretman</w:t>
      </w:r>
      <w:proofErr w:type="spellEnd"/>
      <w:r>
        <w:t>?</w:t>
      </w:r>
    </w:p>
    <w:p w14:paraId="433A50AB" w14:textId="77777777" w:rsidR="0050580F" w:rsidRDefault="0050580F" w:rsidP="0050580F">
      <w:r>
        <w:t>_________________________________________________________________________________________________________</w:t>
      </w:r>
    </w:p>
    <w:p w14:paraId="34EEAB9C" w14:textId="3602BCA2" w:rsidR="0050580F" w:rsidRDefault="0050580F">
      <w:r>
        <w:t>_________________________________________________________________________________________________________</w:t>
      </w:r>
    </w:p>
    <w:p w14:paraId="387C8640" w14:textId="31F7873D" w:rsidR="00AB1207" w:rsidRDefault="00000000">
      <w:proofErr w:type="spellStart"/>
      <w:r w:rsidRPr="0050580F">
        <w:rPr>
          <w:b/>
          <w:bCs/>
        </w:rPr>
        <w:t>Napomena</w:t>
      </w:r>
      <w:proofErr w:type="spellEnd"/>
      <w:r>
        <w:t xml:space="preserve">: </w:t>
      </w:r>
      <w:r w:rsidR="0050580F">
        <w:t xml:space="preserve">Molimo </w:t>
      </w:r>
      <w:proofErr w:type="spellStart"/>
      <w:r w:rsidR="0050580F">
        <w:t>dostaviti</w:t>
      </w:r>
      <w:proofErr w:type="spellEnd"/>
      <w:r w:rsidR="0050580F">
        <w:t xml:space="preserve"> </w:t>
      </w:r>
      <w:proofErr w:type="spellStart"/>
      <w:r>
        <w:t>medicinsk</w:t>
      </w:r>
      <w:r w:rsidR="0050580F">
        <w:t>u</w:t>
      </w:r>
      <w:proofErr w:type="spellEnd"/>
      <w:r>
        <w:t xml:space="preserve"> </w:t>
      </w:r>
      <w:proofErr w:type="spellStart"/>
      <w:proofErr w:type="gramStart"/>
      <w:r>
        <w:t>dokumentacij</w:t>
      </w:r>
      <w:r w:rsidR="0050580F">
        <w:t>u</w:t>
      </w:r>
      <w:proofErr w:type="spellEnd"/>
      <w:r w:rsidR="005A04A1">
        <w:t xml:space="preserve">, </w:t>
      </w:r>
      <w:r>
        <w:t xml:space="preserve"> </w:t>
      </w:r>
      <w:proofErr w:type="spellStart"/>
      <w:r w:rsidR="0050580F">
        <w:t>ukoliko</w:t>
      </w:r>
      <w:proofErr w:type="spellEnd"/>
      <w:proofErr w:type="gramEnd"/>
      <w:r w:rsidR="0050580F">
        <w:t xml:space="preserve"> </w:t>
      </w:r>
      <w:r w:rsidR="005A04A1">
        <w:t xml:space="preserve">je </w:t>
      </w:r>
      <w:proofErr w:type="spellStart"/>
      <w:r w:rsidR="005A04A1">
        <w:t>imate</w:t>
      </w:r>
      <w:proofErr w:type="spellEnd"/>
      <w:r w:rsidR="005A04A1">
        <w:t>!</w:t>
      </w:r>
    </w:p>
    <w:p w14:paraId="6B0AAF21" w14:textId="77777777" w:rsidR="0050580F" w:rsidRDefault="0050580F"/>
    <w:p w14:paraId="1C370AC9" w14:textId="77777777" w:rsidR="00AB1207" w:rsidRDefault="00000000">
      <w:r>
        <w:rPr>
          <w:b/>
          <w:sz w:val="24"/>
        </w:rPr>
        <w:t>5. PREHRANA, SPAVANJE I NAVIKE</w:t>
      </w:r>
    </w:p>
    <w:p w14:paraId="06A58A14" w14:textId="3EC5CCD1" w:rsidR="00AB1207" w:rsidRDefault="00000000">
      <w:r>
        <w:t>Postoje li posebnosti u prehrani djeteta? ________________________</w:t>
      </w:r>
      <w:r w:rsidR="0050580F">
        <w:t>__________________________________</w:t>
      </w:r>
    </w:p>
    <w:p w14:paraId="17AED891" w14:textId="0266B975" w:rsidR="00AB1207" w:rsidRDefault="00000000">
      <w:r>
        <w:t>______________________________________________________________</w:t>
      </w:r>
      <w:r w:rsidR="0050580F">
        <w:t>___________________________________________</w:t>
      </w:r>
    </w:p>
    <w:p w14:paraId="420A0253" w14:textId="77777777" w:rsidR="005A04A1" w:rsidRDefault="00000000">
      <w:proofErr w:type="spellStart"/>
      <w:r>
        <w:t>Navike</w:t>
      </w:r>
      <w:proofErr w:type="spellEnd"/>
      <w:r>
        <w:t xml:space="preserve"> </w:t>
      </w:r>
      <w:proofErr w:type="spellStart"/>
      <w:proofErr w:type="gramStart"/>
      <w:r>
        <w:t>spavanja</w:t>
      </w:r>
      <w:proofErr w:type="spellEnd"/>
      <w:r w:rsidR="005A04A1">
        <w:t xml:space="preserve"> </w:t>
      </w:r>
      <w:r>
        <w:t>:</w:t>
      </w:r>
      <w:proofErr w:type="gramEnd"/>
      <w:r w:rsidR="005A04A1">
        <w:t xml:space="preserve"> </w:t>
      </w:r>
    </w:p>
    <w:p w14:paraId="29B6E81A" w14:textId="1863E1EF" w:rsidR="00AB1207" w:rsidRDefault="005A04A1">
      <w:r>
        <w:t xml:space="preserve">Dnevni </w:t>
      </w:r>
      <w:proofErr w:type="spellStart"/>
      <w:r>
        <w:t>san</w:t>
      </w:r>
      <w:proofErr w:type="spellEnd"/>
      <w:r>
        <w:t>___________________</w:t>
      </w:r>
      <w:proofErr w:type="gramStart"/>
      <w:r>
        <w:t>_</w:t>
      </w:r>
      <w:r w:rsidR="00000000">
        <w:t xml:space="preserve"> </w:t>
      </w:r>
      <w:r>
        <w:t xml:space="preserve"> /</w:t>
      </w:r>
      <w:proofErr w:type="gramEnd"/>
      <w:r>
        <w:t xml:space="preserve"> </w:t>
      </w:r>
      <w:proofErr w:type="spellStart"/>
      <w:r>
        <w:t>Noćni</w:t>
      </w:r>
      <w:proofErr w:type="spellEnd"/>
      <w:r>
        <w:t xml:space="preserve"> </w:t>
      </w:r>
      <w:proofErr w:type="spellStart"/>
      <w:r>
        <w:t>san</w:t>
      </w:r>
      <w:proofErr w:type="spellEnd"/>
      <w:r>
        <w:t>__________________________</w:t>
      </w:r>
    </w:p>
    <w:p w14:paraId="68F2F47A" w14:textId="01FE31F1" w:rsidR="00AB1207" w:rsidRDefault="00000000">
      <w:r>
        <w:t xml:space="preserve">Samostalnost pri </w:t>
      </w:r>
      <w:proofErr w:type="spellStart"/>
      <w:r>
        <w:t>obavljanju</w:t>
      </w:r>
      <w:proofErr w:type="spellEnd"/>
      <w:r>
        <w:t xml:space="preserve"> </w:t>
      </w:r>
      <w:proofErr w:type="spellStart"/>
      <w:r>
        <w:t>higijenskih</w:t>
      </w:r>
      <w:proofErr w:type="spellEnd"/>
      <w:r>
        <w:t xml:space="preserve"> </w:t>
      </w:r>
      <w:proofErr w:type="spellStart"/>
      <w:r>
        <w:t>potreba</w:t>
      </w:r>
      <w:proofErr w:type="spellEnd"/>
      <w:r>
        <w:t>: _________________</w:t>
      </w:r>
      <w:r w:rsidR="0050580F">
        <w:t>_______________________________</w:t>
      </w:r>
    </w:p>
    <w:p w14:paraId="32CFF77D" w14:textId="77777777" w:rsidR="0050580F" w:rsidRDefault="0050580F"/>
    <w:p w14:paraId="74235E42" w14:textId="77777777" w:rsidR="005A04A1" w:rsidRDefault="005A04A1"/>
    <w:p w14:paraId="46D4938B" w14:textId="77777777" w:rsidR="005A04A1" w:rsidRDefault="005A04A1"/>
    <w:p w14:paraId="4B99CDA7" w14:textId="77777777" w:rsidR="00AB1207" w:rsidRDefault="00000000">
      <w:r>
        <w:rPr>
          <w:b/>
          <w:sz w:val="24"/>
        </w:rPr>
        <w:t>6. GOVORNO-JEZIČNI, SOCIJALNI I EMOCIONALNI RAZVOJ</w:t>
      </w:r>
    </w:p>
    <w:p w14:paraId="667357A2" w14:textId="6E15E4E3" w:rsidR="00AB1207" w:rsidRDefault="00000000">
      <w:r>
        <w:lastRenderedPageBreak/>
        <w:t xml:space="preserve">Kako </w:t>
      </w:r>
      <w:proofErr w:type="spellStart"/>
      <w:r>
        <w:t>procjenjujete</w:t>
      </w:r>
      <w:proofErr w:type="spellEnd"/>
      <w:r>
        <w:t xml:space="preserve"> </w:t>
      </w:r>
      <w:proofErr w:type="spellStart"/>
      <w:r>
        <w:t>govorno-jezični</w:t>
      </w:r>
      <w:proofErr w:type="spellEnd"/>
      <w:r>
        <w:t xml:space="preserve"> </w:t>
      </w:r>
      <w:proofErr w:type="spellStart"/>
      <w:r>
        <w:t>razvoj</w:t>
      </w:r>
      <w:proofErr w:type="spellEnd"/>
      <w:r>
        <w:t xml:space="preserve"> </w:t>
      </w:r>
      <w:proofErr w:type="spellStart"/>
      <w:r>
        <w:t>djeteta</w:t>
      </w:r>
      <w:proofErr w:type="spellEnd"/>
      <w:r>
        <w:t>?</w:t>
      </w:r>
      <w:r w:rsidR="0050580F">
        <w:t xml:space="preserve"> (</w:t>
      </w:r>
      <w:proofErr w:type="spellStart"/>
      <w:r w:rsidR="0050580F">
        <w:t>opišite</w:t>
      </w:r>
      <w:proofErr w:type="spellEnd"/>
      <w:r w:rsidR="0050580F">
        <w:t>)</w:t>
      </w:r>
    </w:p>
    <w:p w14:paraId="71F5C521" w14:textId="58FAD033" w:rsidR="00AB1207" w:rsidRDefault="00000000">
      <w:r>
        <w:t>______________________________________________________________</w:t>
      </w:r>
      <w:r w:rsidR="0050580F">
        <w:t xml:space="preserve">___________________________________________ </w:t>
      </w:r>
    </w:p>
    <w:p w14:paraId="0BA226C6" w14:textId="77777777" w:rsidR="0050580F" w:rsidRDefault="0050580F" w:rsidP="0050580F">
      <w:r>
        <w:t>_________________________________________________________________________________________________________</w:t>
      </w:r>
    </w:p>
    <w:p w14:paraId="66B634E5" w14:textId="77777777" w:rsidR="0050580F" w:rsidRDefault="0050580F" w:rsidP="0050580F">
      <w:r>
        <w:t>_________________________________________________________________________________________________________</w:t>
      </w:r>
    </w:p>
    <w:p w14:paraId="3644EC3C" w14:textId="77777777" w:rsidR="0050580F" w:rsidRDefault="0050580F"/>
    <w:p w14:paraId="7C9876AD" w14:textId="77777777" w:rsidR="00AB1207" w:rsidRDefault="00000000">
      <w:r>
        <w:t xml:space="preserve">Kako dijete ostvaruje kontakt s </w:t>
      </w:r>
      <w:proofErr w:type="spellStart"/>
      <w:r>
        <w:t>drugom</w:t>
      </w:r>
      <w:proofErr w:type="spellEnd"/>
      <w:r>
        <w:t xml:space="preserve"> </w:t>
      </w:r>
      <w:proofErr w:type="spellStart"/>
      <w:r>
        <w:t>djecom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odraslima</w:t>
      </w:r>
      <w:proofErr w:type="spellEnd"/>
      <w:r>
        <w:t>?</w:t>
      </w:r>
    </w:p>
    <w:p w14:paraId="7F2B3972" w14:textId="77777777" w:rsidR="0050580F" w:rsidRDefault="0050580F" w:rsidP="0050580F">
      <w:r>
        <w:t>_________________________________________________________________________________________________________</w:t>
      </w:r>
    </w:p>
    <w:p w14:paraId="3847CAB1" w14:textId="77777777" w:rsidR="0050580F" w:rsidRDefault="0050580F" w:rsidP="0050580F">
      <w:r>
        <w:t>_________________________________________________________________________________________________________</w:t>
      </w:r>
    </w:p>
    <w:p w14:paraId="41BCB2FC" w14:textId="77777777" w:rsidR="0050580F" w:rsidRDefault="0050580F"/>
    <w:p w14:paraId="290EA7AF" w14:textId="77777777" w:rsidR="00AB1207" w:rsidRDefault="00000000">
      <w:proofErr w:type="spellStart"/>
      <w:r>
        <w:t>Postoje</w:t>
      </w:r>
      <w:proofErr w:type="spellEnd"/>
      <w:r>
        <w:t xml:space="preserve"> li </w:t>
      </w:r>
      <w:proofErr w:type="spellStart"/>
      <w:r>
        <w:t>ponašanja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okolnosti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vas </w:t>
      </w:r>
      <w:proofErr w:type="spellStart"/>
      <w:r>
        <w:t>zabrinjavaju</w:t>
      </w:r>
      <w:proofErr w:type="spellEnd"/>
      <w:r>
        <w:t>?</w:t>
      </w:r>
    </w:p>
    <w:p w14:paraId="7165F0E3" w14:textId="77777777" w:rsidR="0050580F" w:rsidRDefault="0050580F" w:rsidP="0050580F">
      <w:r>
        <w:t>_________________________________________________________________________________________________________</w:t>
      </w:r>
    </w:p>
    <w:p w14:paraId="6ED7230E" w14:textId="77777777" w:rsidR="0050580F" w:rsidRDefault="0050580F" w:rsidP="0050580F">
      <w:r>
        <w:t>_________________________________________________________________________________________________________</w:t>
      </w:r>
    </w:p>
    <w:p w14:paraId="36F1B2D2" w14:textId="77777777" w:rsidR="0050580F" w:rsidRDefault="0050580F"/>
    <w:p w14:paraId="679A199B" w14:textId="77777777" w:rsidR="00AB1207" w:rsidRDefault="00000000">
      <w:r>
        <w:rPr>
          <w:b/>
          <w:sz w:val="24"/>
        </w:rPr>
        <w:t>7. INTERESI I JAKE STRANE DJETETA</w:t>
      </w:r>
    </w:p>
    <w:p w14:paraId="1DD538A9" w14:textId="77777777" w:rsidR="00AB1207" w:rsidRDefault="00000000">
      <w:r>
        <w:t xml:space="preserve">Što dijete posebno voli i u </w:t>
      </w:r>
      <w:proofErr w:type="spellStart"/>
      <w:r>
        <w:t>čemu</w:t>
      </w:r>
      <w:proofErr w:type="spellEnd"/>
      <w:r>
        <w:t xml:space="preserve"> je </w:t>
      </w:r>
      <w:proofErr w:type="spellStart"/>
      <w:r>
        <w:t>uspješno</w:t>
      </w:r>
      <w:proofErr w:type="spellEnd"/>
      <w:r>
        <w:t>?</w:t>
      </w:r>
    </w:p>
    <w:p w14:paraId="076D1B2A" w14:textId="77777777" w:rsidR="0050580F" w:rsidRDefault="0050580F" w:rsidP="0050580F">
      <w:r>
        <w:t>_________________________________________________________________________________________________________</w:t>
      </w:r>
    </w:p>
    <w:p w14:paraId="7FB7D17A" w14:textId="77777777" w:rsidR="0050580F" w:rsidRDefault="0050580F" w:rsidP="0050580F">
      <w:r>
        <w:t>_________________________________________________________________________________________________________</w:t>
      </w:r>
    </w:p>
    <w:p w14:paraId="26A0F1E8" w14:textId="77777777" w:rsidR="0050580F" w:rsidRDefault="0050580F"/>
    <w:p w14:paraId="3DDC8914" w14:textId="77777777" w:rsidR="00AB1207" w:rsidRDefault="00000000">
      <w:r>
        <w:t xml:space="preserve">Koja </w:t>
      </w:r>
      <w:proofErr w:type="spellStart"/>
      <w:r>
        <w:t>su</w:t>
      </w:r>
      <w:proofErr w:type="spellEnd"/>
      <w:r>
        <w:t xml:space="preserve"> </w:t>
      </w:r>
      <w:proofErr w:type="spellStart"/>
      <w:r>
        <w:t>vaša</w:t>
      </w:r>
      <w:proofErr w:type="spellEnd"/>
      <w:r>
        <w:t xml:space="preserve"> </w:t>
      </w:r>
      <w:proofErr w:type="spellStart"/>
      <w:r>
        <w:t>očekivanja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vrtića</w:t>
      </w:r>
      <w:proofErr w:type="spellEnd"/>
      <w:r>
        <w:t>?</w:t>
      </w:r>
    </w:p>
    <w:p w14:paraId="4B5C8D73" w14:textId="77777777" w:rsidR="0050580F" w:rsidRDefault="0050580F" w:rsidP="0050580F">
      <w:r>
        <w:t>_________________________________________________________________________________________________________</w:t>
      </w:r>
    </w:p>
    <w:p w14:paraId="050D9005" w14:textId="1DD741E0" w:rsidR="0050580F" w:rsidRDefault="0050580F">
      <w:r>
        <w:t>_________________________________________________________________________________________________________</w:t>
      </w:r>
    </w:p>
    <w:p w14:paraId="5A13F9A1" w14:textId="77777777" w:rsidR="0050580F" w:rsidRDefault="0050580F"/>
    <w:p w14:paraId="3119B018" w14:textId="77777777" w:rsidR="005A04A1" w:rsidRDefault="005A04A1">
      <w:pPr>
        <w:rPr>
          <w:b/>
          <w:sz w:val="24"/>
        </w:rPr>
      </w:pPr>
    </w:p>
    <w:p w14:paraId="3605EF68" w14:textId="77777777" w:rsidR="005A04A1" w:rsidRDefault="005A04A1">
      <w:pPr>
        <w:rPr>
          <w:b/>
          <w:sz w:val="24"/>
        </w:rPr>
      </w:pPr>
    </w:p>
    <w:p w14:paraId="4731A069" w14:textId="77777777" w:rsidR="005A04A1" w:rsidRDefault="005A04A1">
      <w:pPr>
        <w:rPr>
          <w:b/>
          <w:sz w:val="24"/>
        </w:rPr>
      </w:pPr>
    </w:p>
    <w:p w14:paraId="62B7561A" w14:textId="1CBE2F84" w:rsidR="00AB1207" w:rsidRDefault="00000000">
      <w:r>
        <w:rPr>
          <w:b/>
          <w:sz w:val="24"/>
        </w:rPr>
        <w:t>IZJAVA RODITELJA / SKRBNIKA</w:t>
      </w:r>
    </w:p>
    <w:p w14:paraId="2E6F0ED2" w14:textId="77777777" w:rsidR="00AB1207" w:rsidRDefault="00000000" w:rsidP="0050580F">
      <w:pPr>
        <w:jc w:val="both"/>
      </w:pPr>
      <w:r>
        <w:lastRenderedPageBreak/>
        <w:t>Potpisom potvrđujem da su podaci navedeni u ovom obrascu točni i potpuni. Suglasan/na sam da Dječji vrtić Crvenkapica Farkaševac obrađuje osobne podatke djeteta i roditelja/skrbnika u svrhu provedbe upisnog postupka, organizacije odgojno-obrazovnog rada te zaštite prava i interesa djeteta, sukladno važećim propisima Republike Hrvatske.</w:t>
      </w:r>
      <w:r>
        <w:br/>
      </w:r>
      <w:r>
        <w:br/>
        <w:t xml:space="preserve">Roditelji/skrbnici imaju pravo pristupa podacima, ispravka netočnih podataka, ograničenja obrade i druga prava propisana propisima o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osobnih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>.</w:t>
      </w:r>
    </w:p>
    <w:p w14:paraId="1DF9DD01" w14:textId="77777777" w:rsidR="005A04A1" w:rsidRDefault="005A04A1" w:rsidP="0050580F">
      <w:pPr>
        <w:jc w:val="both"/>
      </w:pPr>
    </w:p>
    <w:p w14:paraId="3BA1C110" w14:textId="77777777" w:rsidR="005A04A1" w:rsidRDefault="005A04A1" w:rsidP="0050580F">
      <w:pPr>
        <w:jc w:val="both"/>
      </w:pPr>
    </w:p>
    <w:p w14:paraId="75984CED" w14:textId="37BB74C2" w:rsidR="00AB1207" w:rsidRDefault="00000000">
      <w:r>
        <w:br/>
        <w:t xml:space="preserve">U Farkaševcu, ____________________ 20____. </w:t>
      </w:r>
      <w:proofErr w:type="spellStart"/>
      <w:r w:rsidR="0050580F">
        <w:t>g</w:t>
      </w:r>
      <w:r>
        <w:t>odine</w:t>
      </w:r>
      <w:proofErr w:type="spellEnd"/>
    </w:p>
    <w:p w14:paraId="2F87E58B" w14:textId="77777777" w:rsidR="0050580F" w:rsidRDefault="0050580F"/>
    <w:p w14:paraId="6ECC1A9A" w14:textId="77777777" w:rsidR="00AB1207" w:rsidRDefault="00000000">
      <w:r>
        <w:br/>
      </w:r>
      <w:proofErr w:type="spellStart"/>
      <w:r>
        <w:t>Potpis</w:t>
      </w:r>
      <w:proofErr w:type="spellEnd"/>
      <w:r>
        <w:t xml:space="preserve"> </w:t>
      </w:r>
      <w:proofErr w:type="spellStart"/>
      <w:r>
        <w:t>roditelja</w:t>
      </w:r>
      <w:proofErr w:type="spellEnd"/>
      <w:r>
        <w:t>/</w:t>
      </w:r>
      <w:proofErr w:type="spellStart"/>
      <w:r>
        <w:t>skrbnika</w:t>
      </w:r>
      <w:proofErr w:type="spellEnd"/>
      <w:r>
        <w:t>: ______________________________</w:t>
      </w:r>
    </w:p>
    <w:p w14:paraId="34A8309D" w14:textId="77777777" w:rsidR="0050580F" w:rsidRDefault="0050580F"/>
    <w:p w14:paraId="2725858D" w14:textId="77777777" w:rsidR="00AB1207" w:rsidRDefault="00000000">
      <w:r>
        <w:t>Stručni suradnik: ______________________________________</w:t>
      </w:r>
    </w:p>
    <w:sectPr w:rsidR="00AB12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12584093">
    <w:abstractNumId w:val="8"/>
  </w:num>
  <w:num w:numId="2" w16cid:durableId="203255347">
    <w:abstractNumId w:val="6"/>
  </w:num>
  <w:num w:numId="3" w16cid:durableId="1550068356">
    <w:abstractNumId w:val="5"/>
  </w:num>
  <w:num w:numId="4" w16cid:durableId="713232967">
    <w:abstractNumId w:val="4"/>
  </w:num>
  <w:num w:numId="5" w16cid:durableId="1126317775">
    <w:abstractNumId w:val="7"/>
  </w:num>
  <w:num w:numId="6" w16cid:durableId="31924310">
    <w:abstractNumId w:val="3"/>
  </w:num>
  <w:num w:numId="7" w16cid:durableId="678656926">
    <w:abstractNumId w:val="2"/>
  </w:num>
  <w:num w:numId="8" w16cid:durableId="261376732">
    <w:abstractNumId w:val="1"/>
  </w:num>
  <w:num w:numId="9" w16cid:durableId="768240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612B5"/>
    <w:rsid w:val="0050580F"/>
    <w:rsid w:val="005A04A1"/>
    <w:rsid w:val="00AA1D8D"/>
    <w:rsid w:val="00AB1207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F5B2F8"/>
  <w14:defaultImageDpi w14:val="300"/>
  <w15:docId w15:val="{2788DD36-60F4-464F-80B3-2D9D0355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18BF"/>
  </w:style>
  <w:style w:type="paragraph" w:styleId="Podnoje">
    <w:name w:val="footer"/>
    <w:basedOn w:val="Normal"/>
    <w:link w:val="Podno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18BF"/>
  </w:style>
  <w:style w:type="paragraph" w:styleId="Bezprored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Zadanifontodlomk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lomakpopis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AA1D8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AA1D8D"/>
  </w:style>
  <w:style w:type="paragraph" w:styleId="Tijeloteksta2">
    <w:name w:val="Body Text 2"/>
    <w:basedOn w:val="Normal"/>
    <w:link w:val="Tijeloteksta2Char"/>
    <w:uiPriority w:val="99"/>
    <w:unhideWhenUsed/>
    <w:rsid w:val="00AA1D8D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rsid w:val="00AA1D8D"/>
  </w:style>
  <w:style w:type="paragraph" w:styleId="Tijeloteksta3">
    <w:name w:val="Body Text 3"/>
    <w:basedOn w:val="Normal"/>
    <w:link w:val="Tij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rsid w:val="00AA1D8D"/>
    <w:rPr>
      <w:sz w:val="16"/>
      <w:szCs w:val="16"/>
    </w:rPr>
  </w:style>
  <w:style w:type="paragraph" w:styleId="Popis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Popis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Popis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Grafikeoznak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ev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Brojevi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Brojevi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popis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naredbe">
    <w:name w:val="macro"/>
    <w:link w:val="Tekstmakronaredb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Zadanifontodlomka"/>
    <w:link w:val="Citat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Zadanifontodlomka"/>
    <w:uiPriority w:val="22"/>
    <w:qFormat/>
    <w:rsid w:val="00FC693F"/>
    <w:rPr>
      <w:b/>
      <w:bCs/>
    </w:rPr>
  </w:style>
  <w:style w:type="character" w:styleId="Istaknuto">
    <w:name w:val="Emphasis"/>
    <w:basedOn w:val="Zadanifontodlomka"/>
    <w:uiPriority w:val="20"/>
    <w:qFormat/>
    <w:rsid w:val="00FC693F"/>
    <w:rPr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693F"/>
    <w:rPr>
      <w:b/>
      <w:bCs/>
      <w:i/>
      <w:iCs/>
      <w:color w:val="4F81BD" w:themeColor="accent1"/>
    </w:rPr>
  </w:style>
  <w:style w:type="character" w:styleId="Neupadljivoisticanje">
    <w:name w:val="Subtle Emphasis"/>
    <w:basedOn w:val="Zadanifontodlomka"/>
    <w:uiPriority w:val="19"/>
    <w:qFormat/>
    <w:rsid w:val="00FC693F"/>
    <w:rPr>
      <w:i/>
      <w:iCs/>
      <w:color w:val="808080" w:themeColor="text1" w:themeTint="7F"/>
    </w:rPr>
  </w:style>
  <w:style w:type="character" w:styleId="Jakoisticanje">
    <w:name w:val="Intense Emphasis"/>
    <w:basedOn w:val="Zadanifontodlomka"/>
    <w:uiPriority w:val="21"/>
    <w:qFormat/>
    <w:rsid w:val="00FC693F"/>
    <w:rPr>
      <w:b/>
      <w:bCs/>
      <w:i/>
      <w:iCs/>
      <w:color w:val="4F81BD" w:themeColor="accent1"/>
    </w:rPr>
  </w:style>
  <w:style w:type="character" w:styleId="Neupadljivareferenca">
    <w:name w:val="Subtle Reference"/>
    <w:basedOn w:val="Zadanifontodlomka"/>
    <w:uiPriority w:val="31"/>
    <w:qFormat/>
    <w:rsid w:val="00FC693F"/>
    <w:rPr>
      <w:smallCaps/>
      <w:color w:val="C0504D" w:themeColor="accent2"/>
      <w:u w:val="single"/>
    </w:rPr>
  </w:style>
  <w:style w:type="character" w:styleId="Istaknutareferenca">
    <w:name w:val="Intense Reference"/>
    <w:basedOn w:val="Zadanifontodlomk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Zadanifontodlomka"/>
    <w:uiPriority w:val="33"/>
    <w:qFormat/>
    <w:rsid w:val="00FC693F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Reetkatablice">
    <w:name w:val="Table Grid"/>
    <w:basedOn w:val="Obinatablic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">
    <w:name w:val="Light Shading"/>
    <w:basedOn w:val="Obinatablic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ijetlipopis">
    <w:name w:val="Light List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">
    <w:name w:val="Light Grid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jenanje1">
    <w:name w:val="Medium Shading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popis1">
    <w:name w:val="Medium Lis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popis2">
    <w:name w:val="Medium Lis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reetka1">
    <w:name w:val="Medium Grid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reetka2">
    <w:name w:val="Medium Grid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ipopis">
    <w:name w:val="Dark List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ipopis-Isticanje2">
    <w:name w:val="Dark List Accent 2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ipopis-Isticanje3">
    <w:name w:val="Dark List Accent 3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ipopis-Isticanje4">
    <w:name w:val="Dark List Accent 4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ipopis-Isticanje5">
    <w:name w:val="Dark List Accent 5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ipopis-Isticanje6">
    <w:name w:val="Dark List Accent 6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anosjenanje">
    <w:name w:val="Colorful Shading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ipopis">
    <w:name w:val="Colorful List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anareetka">
    <w:name w:val="Colorful Grid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eza">
    <w:name w:val="Hyperlink"/>
    <w:basedOn w:val="Zadanifontodlomka"/>
    <w:uiPriority w:val="99"/>
    <w:unhideWhenUsed/>
    <w:rsid w:val="0050580F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058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rvenkapica.farkaseva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767</Words>
  <Characters>4377</Characters>
  <Application>Microsoft Office Word</Application>
  <DocSecurity>0</DocSecurity>
  <Lines>36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Korisnik</cp:lastModifiedBy>
  <cp:revision>2</cp:revision>
  <cp:lastPrinted>2026-05-20T13:11:00Z</cp:lastPrinted>
  <dcterms:created xsi:type="dcterms:W3CDTF">2026-05-20T13:16:00Z</dcterms:created>
  <dcterms:modified xsi:type="dcterms:W3CDTF">2026-05-20T13:16:00Z</dcterms:modified>
  <cp:category/>
</cp:coreProperties>
</file>