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BF746" w14:textId="2A6F3EC9" w:rsidR="00E01F6E" w:rsidRPr="00E01F6E" w:rsidRDefault="00E01F6E" w:rsidP="00E01F6E">
      <w:pPr>
        <w:spacing w:after="0"/>
        <w:rPr>
          <w:sz w:val="24"/>
          <w:szCs w:val="24"/>
        </w:rPr>
      </w:pPr>
      <w:r w:rsidRPr="00E01F6E"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160499E1" wp14:editId="03DB03D0">
            <wp:simplePos x="0" y="0"/>
            <wp:positionH relativeFrom="column">
              <wp:posOffset>4314825</wp:posOffset>
            </wp:positionH>
            <wp:positionV relativeFrom="paragraph">
              <wp:posOffset>9525</wp:posOffset>
            </wp:positionV>
            <wp:extent cx="1057275" cy="1057275"/>
            <wp:effectExtent l="0" t="0" r="9525" b="9525"/>
            <wp:wrapTight wrapText="bothSides">
              <wp:wrapPolygon edited="0">
                <wp:start x="0" y="0"/>
                <wp:lineTo x="0" y="21405"/>
                <wp:lineTo x="21405" y="21405"/>
                <wp:lineTo x="21405" y="0"/>
                <wp:lineTo x="0" y="0"/>
              </wp:wrapPolygon>
            </wp:wrapTight>
            <wp:docPr id="45150144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E01F6E">
        <w:rPr>
          <w:sz w:val="24"/>
          <w:szCs w:val="24"/>
        </w:rPr>
        <w:t>DJEČJI VRTIĆ CRVENKAPICA FARKAŠEVAC</w:t>
      </w:r>
    </w:p>
    <w:p w14:paraId="5C42FA46" w14:textId="78031CA8" w:rsidR="00E01F6E" w:rsidRPr="00E01F6E" w:rsidRDefault="00000000" w:rsidP="00E01F6E">
      <w:pPr>
        <w:spacing w:after="0"/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t>Farkaševac</w:t>
      </w:r>
      <w:proofErr w:type="spellEnd"/>
      <w:r w:rsidRPr="00E01F6E">
        <w:rPr>
          <w:sz w:val="24"/>
          <w:szCs w:val="24"/>
        </w:rPr>
        <w:t xml:space="preserve"> 30a </w:t>
      </w:r>
    </w:p>
    <w:p w14:paraId="40D84973" w14:textId="5A9FDF30" w:rsidR="00C84BD5" w:rsidRPr="00E01F6E" w:rsidRDefault="00000000" w:rsidP="00E01F6E">
      <w:pPr>
        <w:spacing w:after="0"/>
        <w:rPr>
          <w:sz w:val="24"/>
          <w:szCs w:val="24"/>
        </w:rPr>
      </w:pPr>
      <w:r w:rsidRPr="00E01F6E">
        <w:rPr>
          <w:sz w:val="24"/>
          <w:szCs w:val="24"/>
        </w:rPr>
        <w:t xml:space="preserve">10344 </w:t>
      </w:r>
      <w:proofErr w:type="spellStart"/>
      <w:r w:rsidRPr="00E01F6E">
        <w:rPr>
          <w:sz w:val="24"/>
          <w:szCs w:val="24"/>
        </w:rPr>
        <w:t>Farkaševac</w:t>
      </w:r>
      <w:proofErr w:type="spellEnd"/>
      <w:r w:rsidRPr="00E01F6E">
        <w:rPr>
          <w:sz w:val="24"/>
          <w:szCs w:val="24"/>
        </w:rPr>
        <w:br/>
        <w:t>Tel.: 01/2820-971</w:t>
      </w:r>
      <w:r w:rsidRPr="00E01F6E">
        <w:rPr>
          <w:sz w:val="24"/>
          <w:szCs w:val="24"/>
        </w:rPr>
        <w:br/>
        <w:t xml:space="preserve">E-mail: </w:t>
      </w:r>
      <w:hyperlink r:id="rId7" w:history="1">
        <w:r w:rsidR="00E01F6E" w:rsidRPr="00E01F6E">
          <w:rPr>
            <w:rStyle w:val="Hiperveza"/>
            <w:sz w:val="24"/>
            <w:szCs w:val="24"/>
          </w:rPr>
          <w:t>crvenkapica.farkasevac@gmail.com</w:t>
        </w:r>
      </w:hyperlink>
    </w:p>
    <w:p w14:paraId="70B80126" w14:textId="77777777" w:rsidR="00E01F6E" w:rsidRPr="00E01F6E" w:rsidRDefault="00E01F6E" w:rsidP="00E01F6E">
      <w:pPr>
        <w:spacing w:after="0"/>
        <w:rPr>
          <w:sz w:val="24"/>
          <w:szCs w:val="24"/>
        </w:rPr>
      </w:pPr>
    </w:p>
    <w:p w14:paraId="44869B5E" w14:textId="77777777" w:rsidR="00C84BD5" w:rsidRDefault="00C84BD5">
      <w:pPr>
        <w:rPr>
          <w:sz w:val="24"/>
          <w:szCs w:val="24"/>
        </w:rPr>
      </w:pPr>
    </w:p>
    <w:p w14:paraId="5A7F3A4C" w14:textId="77777777" w:rsidR="00B60CC4" w:rsidRPr="00E01F6E" w:rsidRDefault="00B60CC4">
      <w:pPr>
        <w:rPr>
          <w:sz w:val="24"/>
          <w:szCs w:val="24"/>
        </w:rPr>
      </w:pPr>
    </w:p>
    <w:p w14:paraId="7B032FC6" w14:textId="77777777" w:rsidR="00C84BD5" w:rsidRPr="00B60CC4" w:rsidRDefault="00000000">
      <w:pPr>
        <w:jc w:val="center"/>
        <w:rPr>
          <w:sz w:val="28"/>
          <w:szCs w:val="28"/>
        </w:rPr>
      </w:pPr>
      <w:r w:rsidRPr="00B60CC4">
        <w:rPr>
          <w:b/>
          <w:sz w:val="28"/>
          <w:szCs w:val="28"/>
        </w:rPr>
        <w:t>ZAHTJEV ZA UPIS DJETETA</w:t>
      </w:r>
      <w:r w:rsidRPr="00B60CC4">
        <w:rPr>
          <w:b/>
          <w:sz w:val="28"/>
          <w:szCs w:val="28"/>
        </w:rPr>
        <w:br/>
        <w:t>U KRAĆI PROGRAM PREDŠKOLE</w:t>
      </w:r>
    </w:p>
    <w:p w14:paraId="444CBBD6" w14:textId="77777777" w:rsidR="00C84BD5" w:rsidRPr="00E01F6E" w:rsidRDefault="00C84BD5">
      <w:pPr>
        <w:rPr>
          <w:sz w:val="24"/>
          <w:szCs w:val="24"/>
        </w:rPr>
      </w:pPr>
    </w:p>
    <w:p w14:paraId="4ECED2CA" w14:textId="77777777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1. PODACI O DJETETU</w:t>
      </w:r>
    </w:p>
    <w:p w14:paraId="6F79654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 djeteta: _______________________________________</w:t>
      </w:r>
    </w:p>
    <w:p w14:paraId="1F2E283C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Spol: __________________</w:t>
      </w:r>
    </w:p>
    <w:p w14:paraId="48CA537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Datum i mjesto rođenja: _____________________________________</w:t>
      </w:r>
    </w:p>
    <w:p w14:paraId="14F216D7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 djeteta: ________________________________________________</w:t>
      </w:r>
    </w:p>
    <w:p w14:paraId="2662F89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Adresa stanovanja: __________________________________________</w:t>
      </w:r>
    </w:p>
    <w:p w14:paraId="261359A4" w14:textId="77777777" w:rsidR="00E01F6E" w:rsidRPr="00E01F6E" w:rsidRDefault="00E01F6E">
      <w:pPr>
        <w:rPr>
          <w:sz w:val="24"/>
          <w:szCs w:val="24"/>
        </w:rPr>
      </w:pPr>
    </w:p>
    <w:p w14:paraId="561EADFE" w14:textId="77777777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2. PODACI O RODITELJIMA / SKRBNICIMA</w:t>
      </w:r>
    </w:p>
    <w:p w14:paraId="7205DC1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Majka / skrbnica</w:t>
      </w:r>
    </w:p>
    <w:p w14:paraId="65D83624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prezime: ______________________________________________</w:t>
      </w:r>
    </w:p>
    <w:p w14:paraId="32A1E54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Zanimanje i stručna sprema: __________________________________</w:t>
      </w:r>
    </w:p>
    <w:p w14:paraId="07E6E69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Zaposlena u: ________________________________________________</w:t>
      </w:r>
    </w:p>
    <w:p w14:paraId="4027D424" w14:textId="00B57A85" w:rsidR="00C84BD5" w:rsidRPr="00E01F6E" w:rsidRDefault="00B60CC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Kontakt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broj</w:t>
      </w:r>
      <w:proofErr w:type="spellEnd"/>
      <w:r>
        <w:rPr>
          <w:sz w:val="24"/>
          <w:szCs w:val="24"/>
        </w:rPr>
        <w:t xml:space="preserve"> </w:t>
      </w:r>
      <w:r w:rsidR="00000000" w:rsidRPr="00E01F6E">
        <w:rPr>
          <w:sz w:val="24"/>
          <w:szCs w:val="24"/>
        </w:rPr>
        <w:t>:</w:t>
      </w:r>
      <w:proofErr w:type="gramEnd"/>
      <w:r w:rsidR="00000000" w:rsidRPr="00E01F6E">
        <w:rPr>
          <w:sz w:val="24"/>
          <w:szCs w:val="24"/>
        </w:rPr>
        <w:t xml:space="preserve"> ___________________________________</w:t>
      </w:r>
    </w:p>
    <w:p w14:paraId="53023AE6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OIB: _______________________________________________________</w:t>
      </w:r>
    </w:p>
    <w:p w14:paraId="179A70E2" w14:textId="77777777" w:rsidR="00C84BD5" w:rsidRDefault="00C84BD5">
      <w:pPr>
        <w:rPr>
          <w:sz w:val="24"/>
          <w:szCs w:val="24"/>
        </w:rPr>
      </w:pPr>
    </w:p>
    <w:p w14:paraId="18A44D3F" w14:textId="77777777" w:rsidR="00E01F6E" w:rsidRPr="00E01F6E" w:rsidRDefault="00E01F6E">
      <w:pPr>
        <w:rPr>
          <w:sz w:val="24"/>
          <w:szCs w:val="24"/>
        </w:rPr>
      </w:pPr>
    </w:p>
    <w:p w14:paraId="1AE95416" w14:textId="5FF4E4A4" w:rsidR="00C84BD5" w:rsidRPr="00E01F6E" w:rsidRDefault="00000000">
      <w:pPr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lastRenderedPageBreak/>
        <w:t>Otac</w:t>
      </w:r>
      <w:proofErr w:type="spellEnd"/>
      <w:r w:rsidRPr="00E01F6E">
        <w:rPr>
          <w:sz w:val="24"/>
          <w:szCs w:val="24"/>
        </w:rPr>
        <w:t xml:space="preserve"> / </w:t>
      </w:r>
      <w:proofErr w:type="spellStart"/>
      <w:r w:rsidRPr="00E01F6E">
        <w:rPr>
          <w:sz w:val="24"/>
          <w:szCs w:val="24"/>
        </w:rPr>
        <w:t>skrbnik</w:t>
      </w:r>
      <w:proofErr w:type="spellEnd"/>
    </w:p>
    <w:p w14:paraId="044B9C7F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Ime i prezime: ______________________________________________</w:t>
      </w:r>
    </w:p>
    <w:p w14:paraId="63BF791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Zanimanje i stručna sprema: __________________________________</w:t>
      </w:r>
    </w:p>
    <w:p w14:paraId="43948593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Zaposlen u: ________________________________________________</w:t>
      </w:r>
    </w:p>
    <w:p w14:paraId="33D530AB" w14:textId="0B47E3A5" w:rsidR="00C84BD5" w:rsidRPr="00E01F6E" w:rsidRDefault="00B60CC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Kontakt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broj</w:t>
      </w:r>
      <w:proofErr w:type="spellEnd"/>
      <w:r w:rsidR="00000000" w:rsidRPr="00E01F6E">
        <w:rPr>
          <w:sz w:val="24"/>
          <w:szCs w:val="24"/>
        </w:rPr>
        <w:t>: ___________________________________</w:t>
      </w:r>
    </w:p>
    <w:p w14:paraId="14B8E8EA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OIB: _______________________________________________________</w:t>
      </w:r>
    </w:p>
    <w:p w14:paraId="474FEC26" w14:textId="77777777" w:rsidR="00E01F6E" w:rsidRPr="00E01F6E" w:rsidRDefault="00E01F6E">
      <w:pPr>
        <w:rPr>
          <w:b/>
          <w:sz w:val="24"/>
          <w:szCs w:val="24"/>
        </w:rPr>
      </w:pPr>
    </w:p>
    <w:p w14:paraId="14CC15DA" w14:textId="0DEFE5CF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3. DOKUMENTACIJA ZA UPIS</w:t>
      </w:r>
    </w:p>
    <w:p w14:paraId="746F128D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1. Ispunjen zahtjev za upis</w:t>
      </w:r>
    </w:p>
    <w:p w14:paraId="64279A90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2. Rodni list ili izvadak iz matice rođenih djeteta</w:t>
      </w:r>
    </w:p>
    <w:p w14:paraId="5E618384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3. Potvrdu o prebivalištu ili boravištu djeteta</w:t>
      </w:r>
    </w:p>
    <w:p w14:paraId="5DFF4CCC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4. Presliku osobnih iskaznica roditelja/skrbnika</w:t>
      </w:r>
    </w:p>
    <w:p w14:paraId="263212E4" w14:textId="77777777" w:rsidR="00C84BD5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 xml:space="preserve">5. </w:t>
      </w:r>
      <w:proofErr w:type="spellStart"/>
      <w:r w:rsidRPr="00E01F6E">
        <w:rPr>
          <w:sz w:val="24"/>
          <w:szCs w:val="24"/>
        </w:rPr>
        <w:t>Presliku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zdravstvene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iskaznice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djeteta</w:t>
      </w:r>
      <w:proofErr w:type="spellEnd"/>
    </w:p>
    <w:p w14:paraId="73947964" w14:textId="2369C5A4" w:rsidR="00B60CC4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proofErr w:type="spellStart"/>
      <w:r>
        <w:rPr>
          <w:sz w:val="24"/>
          <w:szCs w:val="24"/>
        </w:rPr>
        <w:t>Presliku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iskaznice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imunizacije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knjižica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cijepljenja</w:t>
      </w:r>
      <w:proofErr w:type="spellEnd"/>
      <w:r>
        <w:rPr>
          <w:sz w:val="24"/>
          <w:szCs w:val="24"/>
        </w:rPr>
        <w:t>)</w:t>
      </w:r>
    </w:p>
    <w:p w14:paraId="6A0B7411" w14:textId="29309D41" w:rsidR="00C84BD5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="00000000" w:rsidRPr="00E01F6E">
        <w:rPr>
          <w:sz w:val="24"/>
          <w:szCs w:val="24"/>
        </w:rPr>
        <w:t xml:space="preserve">. Potvrdu o obavljenom sistematskom pregledu </w:t>
      </w:r>
      <w:proofErr w:type="spellStart"/>
      <w:r w:rsidR="00000000" w:rsidRPr="00E01F6E">
        <w:rPr>
          <w:sz w:val="24"/>
          <w:szCs w:val="24"/>
        </w:rPr>
        <w:t>djeteta</w:t>
      </w:r>
      <w:proofErr w:type="spellEnd"/>
      <w:r w:rsidR="00000000" w:rsidRPr="00E01F6E">
        <w:rPr>
          <w:sz w:val="24"/>
          <w:szCs w:val="24"/>
        </w:rPr>
        <w:t xml:space="preserve"> (</w:t>
      </w:r>
      <w:proofErr w:type="spellStart"/>
      <w:r w:rsidR="00000000" w:rsidRPr="00E01F6E">
        <w:rPr>
          <w:sz w:val="24"/>
          <w:szCs w:val="24"/>
        </w:rPr>
        <w:t>dostavlja</w:t>
      </w:r>
      <w:proofErr w:type="spellEnd"/>
      <w:r w:rsidR="00000000" w:rsidRPr="00E01F6E">
        <w:rPr>
          <w:sz w:val="24"/>
          <w:szCs w:val="24"/>
        </w:rPr>
        <w:t xml:space="preserve"> se </w:t>
      </w:r>
      <w:proofErr w:type="spellStart"/>
      <w:r w:rsidR="00000000" w:rsidRPr="00E01F6E">
        <w:rPr>
          <w:sz w:val="24"/>
          <w:szCs w:val="24"/>
        </w:rPr>
        <w:t>prvog</w:t>
      </w:r>
      <w:proofErr w:type="spellEnd"/>
      <w:r w:rsidR="00000000" w:rsidRPr="00E01F6E">
        <w:rPr>
          <w:sz w:val="24"/>
          <w:szCs w:val="24"/>
        </w:rPr>
        <w:t xml:space="preserve"> dana </w:t>
      </w:r>
      <w:proofErr w:type="spellStart"/>
      <w:r w:rsidR="00000000" w:rsidRPr="00E01F6E">
        <w:rPr>
          <w:sz w:val="24"/>
          <w:szCs w:val="24"/>
        </w:rPr>
        <w:t>pohađanja</w:t>
      </w:r>
      <w:proofErr w:type="spellEnd"/>
      <w:r w:rsidR="00000000" w:rsidRPr="00E01F6E">
        <w:rPr>
          <w:sz w:val="24"/>
          <w:szCs w:val="24"/>
        </w:rPr>
        <w:t xml:space="preserve"> </w:t>
      </w:r>
      <w:proofErr w:type="spellStart"/>
      <w:r w:rsidR="00000000" w:rsidRPr="00E01F6E">
        <w:rPr>
          <w:sz w:val="24"/>
          <w:szCs w:val="24"/>
        </w:rPr>
        <w:t>programa</w:t>
      </w:r>
      <w:proofErr w:type="spellEnd"/>
      <w:r w:rsidR="00000000" w:rsidRPr="00E01F6E">
        <w:rPr>
          <w:sz w:val="24"/>
          <w:szCs w:val="24"/>
        </w:rPr>
        <w:t>)</w:t>
      </w:r>
    </w:p>
    <w:p w14:paraId="547095B4" w14:textId="08604BA8" w:rsidR="00C84BD5" w:rsidRPr="00E01F6E" w:rsidRDefault="00B60CC4">
      <w:pPr>
        <w:rPr>
          <w:sz w:val="24"/>
          <w:szCs w:val="24"/>
        </w:rPr>
      </w:pPr>
      <w:r>
        <w:rPr>
          <w:sz w:val="24"/>
          <w:szCs w:val="24"/>
        </w:rPr>
        <w:t>8</w:t>
      </w:r>
      <w:r w:rsidR="00000000" w:rsidRPr="00E01F6E">
        <w:rPr>
          <w:sz w:val="24"/>
          <w:szCs w:val="24"/>
        </w:rPr>
        <w:t>. Dodatnu medicinsku, logopedsku ili psihološku dokumentaciju (ako postoji i ako je relevantna za potrebe djeteta)</w:t>
      </w:r>
    </w:p>
    <w:p w14:paraId="433E6519" w14:textId="77777777" w:rsidR="00E01F6E" w:rsidRPr="00E01F6E" w:rsidRDefault="00E01F6E">
      <w:pPr>
        <w:rPr>
          <w:b/>
          <w:sz w:val="24"/>
          <w:szCs w:val="24"/>
        </w:rPr>
      </w:pPr>
    </w:p>
    <w:p w14:paraId="7E2BF8F2" w14:textId="60233F40" w:rsidR="00C84BD5" w:rsidRPr="00E01F6E" w:rsidRDefault="00000000">
      <w:pPr>
        <w:rPr>
          <w:sz w:val="24"/>
          <w:szCs w:val="24"/>
        </w:rPr>
      </w:pPr>
      <w:r w:rsidRPr="00E01F6E">
        <w:rPr>
          <w:b/>
          <w:sz w:val="24"/>
          <w:szCs w:val="24"/>
        </w:rPr>
        <w:t>4. IZJAVA I PRIVOLA ZA OBRADU OSOBNIH PODATAKA</w:t>
      </w:r>
    </w:p>
    <w:p w14:paraId="573FC8F6" w14:textId="77777777" w:rsid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t>Potpisom ovog zahtjeva potvrđujem da su podaci navedeni u obrascu i priloženoj dokumentaciji točni i potpuni.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  <w:t>Suglasan/na sam da Dječji vrtić Crvenkapica Farkaševac obrađuje osobne podatke djeteta i roditelja/skrbnika u svrhu provedbe postupka upisa, organizacije i ostvarivanja programa predškole te vođenja propisane pedagoške i zdravstvene dokumentacije, sukladno važećim propisima Republike Hrvatske.</w:t>
      </w:r>
      <w:r w:rsidRPr="00E01F6E">
        <w:rPr>
          <w:sz w:val="24"/>
          <w:szCs w:val="24"/>
        </w:rPr>
        <w:br/>
      </w:r>
    </w:p>
    <w:p w14:paraId="77FA64F4" w14:textId="532A5EE7" w:rsidR="00C84BD5" w:rsidRPr="00E01F6E" w:rsidRDefault="00000000">
      <w:pPr>
        <w:rPr>
          <w:sz w:val="24"/>
          <w:szCs w:val="24"/>
        </w:rPr>
      </w:pPr>
      <w:proofErr w:type="spellStart"/>
      <w:r w:rsidRPr="00E01F6E">
        <w:rPr>
          <w:sz w:val="24"/>
          <w:szCs w:val="24"/>
        </w:rPr>
        <w:lastRenderedPageBreak/>
        <w:t>Osobni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podaci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obrađuju</w:t>
      </w:r>
      <w:proofErr w:type="spellEnd"/>
      <w:r w:rsidRPr="00E01F6E">
        <w:rPr>
          <w:sz w:val="24"/>
          <w:szCs w:val="24"/>
        </w:rPr>
        <w:t xml:space="preserve"> se u skladu s:</w:t>
      </w:r>
      <w:r w:rsidRPr="00E01F6E">
        <w:rPr>
          <w:sz w:val="24"/>
          <w:szCs w:val="24"/>
        </w:rPr>
        <w:br/>
        <w:t>- Općom uredbom o zaštiti podataka (EU) 2016/679 (GDPR),</w:t>
      </w:r>
      <w:r w:rsidRPr="00E01F6E">
        <w:rPr>
          <w:sz w:val="24"/>
          <w:szCs w:val="24"/>
        </w:rPr>
        <w:br/>
        <w:t>- Zakonom o provedbi Opće uredbe o zaštiti podataka,</w:t>
      </w:r>
      <w:r w:rsidRPr="00E01F6E">
        <w:rPr>
          <w:sz w:val="24"/>
          <w:szCs w:val="24"/>
        </w:rPr>
        <w:br/>
        <w:t>- Zakonom o predškolskom odgoju i obrazovanju,</w:t>
      </w:r>
      <w:r w:rsidRPr="00E01F6E">
        <w:rPr>
          <w:sz w:val="24"/>
          <w:szCs w:val="24"/>
        </w:rPr>
        <w:br/>
        <w:t>- drugim važećim propisima Republike Hrvatske.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  <w:t>Roditelji/skrbnici imaju pravo pristupa osobnim podacima, ispravka netočnih podataka, ograničenja obrade te druga prava propisana važećim propisima o zaštiti osobnih podataka.</w:t>
      </w:r>
      <w:r w:rsidRPr="00E01F6E">
        <w:rPr>
          <w:sz w:val="24"/>
          <w:szCs w:val="24"/>
        </w:rPr>
        <w:br/>
      </w:r>
      <w:r w:rsidRPr="00E01F6E">
        <w:rPr>
          <w:sz w:val="24"/>
          <w:szCs w:val="24"/>
        </w:rPr>
        <w:br/>
      </w:r>
      <w:proofErr w:type="spellStart"/>
      <w:r w:rsidRPr="00E01F6E">
        <w:rPr>
          <w:sz w:val="24"/>
          <w:szCs w:val="24"/>
        </w:rPr>
        <w:t>Voditelj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obrade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osobnih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podataka</w:t>
      </w:r>
      <w:proofErr w:type="spellEnd"/>
      <w:r w:rsidRPr="00E01F6E">
        <w:rPr>
          <w:sz w:val="24"/>
          <w:szCs w:val="24"/>
        </w:rPr>
        <w:t xml:space="preserve"> je </w:t>
      </w:r>
      <w:proofErr w:type="spellStart"/>
      <w:r w:rsidRPr="00E01F6E">
        <w:rPr>
          <w:sz w:val="24"/>
          <w:szCs w:val="24"/>
        </w:rPr>
        <w:t>Dječji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vrtić</w:t>
      </w:r>
      <w:proofErr w:type="spellEnd"/>
      <w:r w:rsidRPr="00E01F6E">
        <w:rPr>
          <w:sz w:val="24"/>
          <w:szCs w:val="24"/>
        </w:rPr>
        <w:t xml:space="preserve"> </w:t>
      </w:r>
      <w:proofErr w:type="spellStart"/>
      <w:r w:rsidRPr="00E01F6E">
        <w:rPr>
          <w:sz w:val="24"/>
          <w:szCs w:val="24"/>
        </w:rPr>
        <w:t>Crvenkapica</w:t>
      </w:r>
      <w:proofErr w:type="spellEnd"/>
      <w:r w:rsidRPr="00E01F6E">
        <w:rPr>
          <w:sz w:val="24"/>
          <w:szCs w:val="24"/>
        </w:rPr>
        <w:t xml:space="preserve"> Farkaševac.</w:t>
      </w:r>
    </w:p>
    <w:p w14:paraId="4382808E" w14:textId="77777777" w:rsidR="00E01F6E" w:rsidRPr="00E01F6E" w:rsidRDefault="00E01F6E">
      <w:pPr>
        <w:rPr>
          <w:sz w:val="24"/>
          <w:szCs w:val="24"/>
        </w:rPr>
      </w:pPr>
    </w:p>
    <w:p w14:paraId="61F51D8B" w14:textId="77777777" w:rsidR="00E01F6E" w:rsidRPr="00E01F6E" w:rsidRDefault="00E01F6E">
      <w:pPr>
        <w:rPr>
          <w:sz w:val="24"/>
          <w:szCs w:val="24"/>
        </w:rPr>
      </w:pPr>
    </w:p>
    <w:p w14:paraId="5BFFED62" w14:textId="77777777" w:rsidR="00C84BD5" w:rsidRPr="00E01F6E" w:rsidRDefault="00000000">
      <w:pPr>
        <w:rPr>
          <w:sz w:val="24"/>
          <w:szCs w:val="24"/>
        </w:rPr>
      </w:pPr>
      <w:r w:rsidRPr="00E01F6E">
        <w:rPr>
          <w:sz w:val="24"/>
          <w:szCs w:val="24"/>
        </w:rPr>
        <w:br/>
        <w:t>U Farkaševcu, ____________________ 20____. godine</w:t>
      </w:r>
    </w:p>
    <w:p w14:paraId="1E72731E" w14:textId="77777777" w:rsidR="00E01F6E" w:rsidRPr="00E01F6E" w:rsidRDefault="00E01F6E" w:rsidP="00E01F6E">
      <w:pPr>
        <w:jc w:val="right"/>
        <w:rPr>
          <w:sz w:val="24"/>
          <w:szCs w:val="24"/>
        </w:rPr>
      </w:pPr>
    </w:p>
    <w:p w14:paraId="310B2F3D" w14:textId="77777777" w:rsidR="00E01F6E" w:rsidRPr="00E01F6E" w:rsidRDefault="00E01F6E" w:rsidP="00E01F6E">
      <w:pPr>
        <w:jc w:val="right"/>
        <w:rPr>
          <w:sz w:val="24"/>
          <w:szCs w:val="24"/>
        </w:rPr>
      </w:pPr>
    </w:p>
    <w:p w14:paraId="0442B57A" w14:textId="27B6F614" w:rsidR="00C84BD5" w:rsidRPr="00E01F6E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br/>
        <w:t>Potpis roditelja / skrbnika:</w:t>
      </w:r>
      <w:r w:rsidRPr="00E01F6E">
        <w:rPr>
          <w:sz w:val="24"/>
          <w:szCs w:val="24"/>
        </w:rPr>
        <w:br/>
      </w:r>
    </w:p>
    <w:p w14:paraId="0E38B9E1" w14:textId="1B87A16E" w:rsidR="00C84BD5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t>_____________________________</w:t>
      </w:r>
      <w:r w:rsidR="00B60CC4">
        <w:rPr>
          <w:sz w:val="24"/>
          <w:szCs w:val="24"/>
        </w:rPr>
        <w:t xml:space="preserve"> </w:t>
      </w:r>
    </w:p>
    <w:p w14:paraId="2BFFE8D7" w14:textId="77777777" w:rsidR="00B60CC4" w:rsidRPr="00E01F6E" w:rsidRDefault="00B60CC4" w:rsidP="00E01F6E">
      <w:pPr>
        <w:jc w:val="right"/>
        <w:rPr>
          <w:sz w:val="24"/>
          <w:szCs w:val="24"/>
        </w:rPr>
      </w:pPr>
    </w:p>
    <w:p w14:paraId="313F94D3" w14:textId="77777777" w:rsidR="00C84BD5" w:rsidRPr="00E01F6E" w:rsidRDefault="00000000" w:rsidP="00E01F6E">
      <w:pPr>
        <w:jc w:val="right"/>
        <w:rPr>
          <w:sz w:val="24"/>
          <w:szCs w:val="24"/>
        </w:rPr>
      </w:pPr>
      <w:r w:rsidRPr="00E01F6E">
        <w:rPr>
          <w:sz w:val="24"/>
          <w:szCs w:val="24"/>
        </w:rPr>
        <w:t>_____________________________</w:t>
      </w:r>
    </w:p>
    <w:sectPr w:rsidR="00C84BD5" w:rsidRPr="00E01F6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Brojevi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Brojevi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Grafikeoznak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Grafikeoznak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ev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2960897">
    <w:abstractNumId w:val="8"/>
  </w:num>
  <w:num w:numId="2" w16cid:durableId="2064988046">
    <w:abstractNumId w:val="6"/>
  </w:num>
  <w:num w:numId="3" w16cid:durableId="374160518">
    <w:abstractNumId w:val="5"/>
  </w:num>
  <w:num w:numId="4" w16cid:durableId="1461874358">
    <w:abstractNumId w:val="4"/>
  </w:num>
  <w:num w:numId="5" w16cid:durableId="1903828611">
    <w:abstractNumId w:val="7"/>
  </w:num>
  <w:num w:numId="6" w16cid:durableId="1073746249">
    <w:abstractNumId w:val="3"/>
  </w:num>
  <w:num w:numId="7" w16cid:durableId="1654943573">
    <w:abstractNumId w:val="2"/>
  </w:num>
  <w:num w:numId="8" w16cid:durableId="1187719583">
    <w:abstractNumId w:val="1"/>
  </w:num>
  <w:num w:numId="9" w16cid:durableId="1325282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164A"/>
    <w:rsid w:val="00AA1D8D"/>
    <w:rsid w:val="00B47730"/>
    <w:rsid w:val="00B60CC4"/>
    <w:rsid w:val="00C84BD5"/>
    <w:rsid w:val="00CB0664"/>
    <w:rsid w:val="00E01F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9F3C62"/>
  <w14:defaultImageDpi w14:val="300"/>
  <w15:docId w15:val="{F71A4C5E-D238-4A30-AB83-B31A4F88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618BF"/>
  </w:style>
  <w:style w:type="paragraph" w:styleId="Podnoje">
    <w:name w:val="footer"/>
    <w:basedOn w:val="Normal"/>
    <w:link w:val="Podnoj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618BF"/>
  </w:style>
  <w:style w:type="paragraph" w:styleId="Bezprored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Zadanifontodlomk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Zadanifontodlomk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lomakpopis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AA1D8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AA1D8D"/>
  </w:style>
  <w:style w:type="paragraph" w:styleId="Tijeloteksta2">
    <w:name w:val="Body Text 2"/>
    <w:basedOn w:val="Normal"/>
    <w:link w:val="Tijeloteksta2Char"/>
    <w:uiPriority w:val="99"/>
    <w:unhideWhenUsed/>
    <w:rsid w:val="00AA1D8D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rsid w:val="00AA1D8D"/>
  </w:style>
  <w:style w:type="paragraph" w:styleId="Tijeloteksta3">
    <w:name w:val="Body Text 3"/>
    <w:basedOn w:val="Normal"/>
    <w:link w:val="Tij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ijeloteksta3Char">
    <w:name w:val="Tijelo teksta 3 Char"/>
    <w:basedOn w:val="Zadanifontodlomka"/>
    <w:link w:val="Tijeloteksta3"/>
    <w:uiPriority w:val="99"/>
    <w:rsid w:val="00AA1D8D"/>
    <w:rPr>
      <w:sz w:val="16"/>
      <w:szCs w:val="16"/>
    </w:rPr>
  </w:style>
  <w:style w:type="paragraph" w:styleId="Popis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Popis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Popis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Grafikeoznak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Grafikeoznak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Grafikeoznak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ev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Brojevi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Brojevi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popis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popis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popis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naredbe">
    <w:name w:val="macro"/>
    <w:link w:val="Tekstmakronaredb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naredbeChar">
    <w:name w:val="Tekst makronaredbe Char"/>
    <w:basedOn w:val="Zadanifontodlomka"/>
    <w:link w:val="Tekstmakronaredbe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Zadanifontodlomka"/>
    <w:link w:val="Citat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pisslik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Zadanifontodlomka"/>
    <w:uiPriority w:val="22"/>
    <w:qFormat/>
    <w:rsid w:val="00FC693F"/>
    <w:rPr>
      <w:b/>
      <w:bCs/>
    </w:rPr>
  </w:style>
  <w:style w:type="character" w:styleId="Istaknuto">
    <w:name w:val="Emphasis"/>
    <w:basedOn w:val="Zadanifontodlomka"/>
    <w:uiPriority w:val="20"/>
    <w:qFormat/>
    <w:rsid w:val="00FC693F"/>
    <w:rPr>
      <w:i/>
      <w:iCs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C693F"/>
    <w:rPr>
      <w:b/>
      <w:bCs/>
      <w:i/>
      <w:iCs/>
      <w:color w:val="4F81BD" w:themeColor="accent1"/>
    </w:rPr>
  </w:style>
  <w:style w:type="character" w:styleId="Neupadljivoisticanje">
    <w:name w:val="Subtle Emphasis"/>
    <w:basedOn w:val="Zadanifontodlomka"/>
    <w:uiPriority w:val="19"/>
    <w:qFormat/>
    <w:rsid w:val="00FC693F"/>
    <w:rPr>
      <w:i/>
      <w:iCs/>
      <w:color w:val="808080" w:themeColor="text1" w:themeTint="7F"/>
    </w:rPr>
  </w:style>
  <w:style w:type="character" w:styleId="Jakoisticanje">
    <w:name w:val="Intense Emphasis"/>
    <w:basedOn w:val="Zadanifontodlomka"/>
    <w:uiPriority w:val="21"/>
    <w:qFormat/>
    <w:rsid w:val="00FC693F"/>
    <w:rPr>
      <w:b/>
      <w:bCs/>
      <w:i/>
      <w:iCs/>
      <w:color w:val="4F81BD" w:themeColor="accent1"/>
    </w:rPr>
  </w:style>
  <w:style w:type="character" w:styleId="Neupadljivareferenca">
    <w:name w:val="Subtle Reference"/>
    <w:basedOn w:val="Zadanifontodlomka"/>
    <w:uiPriority w:val="31"/>
    <w:qFormat/>
    <w:rsid w:val="00FC693F"/>
    <w:rPr>
      <w:smallCaps/>
      <w:color w:val="C0504D" w:themeColor="accent2"/>
      <w:u w:val="single"/>
    </w:rPr>
  </w:style>
  <w:style w:type="character" w:styleId="Istaknutareferenca">
    <w:name w:val="Intense Reference"/>
    <w:basedOn w:val="Zadanifontodlomk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Zadanifontodlomka"/>
    <w:uiPriority w:val="33"/>
    <w:qFormat/>
    <w:rsid w:val="00FC693F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Reetkatablice">
    <w:name w:val="Table Grid"/>
    <w:basedOn w:val="Obinatablic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osjenanje">
    <w:name w:val="Light Shading"/>
    <w:basedOn w:val="Obinatablic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ijetlosjenanje-Isticanje1">
    <w:name w:val="Light Shading Accent 1"/>
    <w:basedOn w:val="Obinatablic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ijetlosjenanje-Isticanje2">
    <w:name w:val="Light Shading Accent 2"/>
    <w:basedOn w:val="Obinatablic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ijetlosjenanje-Isticanje3">
    <w:name w:val="Light Shading Accent 3"/>
    <w:basedOn w:val="Obinatablic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ijetlosjenanje-Isticanje4">
    <w:name w:val="Light Shading Accent 4"/>
    <w:basedOn w:val="Obinatablic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ijetlosjenanje-Isticanje5">
    <w:name w:val="Light Shading Accent 5"/>
    <w:basedOn w:val="Obinatablic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ijetlosjenanje-Isticanje6">
    <w:name w:val="Light Shading Accent 6"/>
    <w:basedOn w:val="Obinatablic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ijetlipopis">
    <w:name w:val="Light List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ijetlipopis-Isticanje1">
    <w:name w:val="Light List Accent 1"/>
    <w:basedOn w:val="Obinatablic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ijetlipopis-Isticanje2">
    <w:name w:val="Light List Accent 2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ijetlipopis-Isticanje3">
    <w:name w:val="Light List Accent 3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ijetlipopis-Isticanje4">
    <w:name w:val="Light List Accent 4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ijetlipopis-Isticanje5">
    <w:name w:val="Light List Accent 5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rednjipopis-Isticanje6">
    <w:name w:val="Light List Accent 6"/>
    <w:basedOn w:val="Obinatablic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ijetlareetka">
    <w:name w:val="Light Grid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ijetlareetka-Isticanje1">
    <w:name w:val="Light Grid Accent 1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ijetlareetka-Isticanje2">
    <w:name w:val="Light Grid Accent 2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ijetlareetka-Isticanje3">
    <w:name w:val="Light Grid Accent 3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ijetlareetka-Isticanje4">
    <w:name w:val="Light Grid Accent 4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ijetlareetka-Isticanje5">
    <w:name w:val="Light Grid Accent 5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rednjareetka-Isticanje6">
    <w:name w:val="Light Grid Accent 6"/>
    <w:basedOn w:val="Obinatablic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jenanje1">
    <w:name w:val="Medium Shading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1">
    <w:name w:val="Medium Shading 1 Accent 1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2">
    <w:name w:val="Medium Shading 1 Accent 2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3">
    <w:name w:val="Medium Shading 1 Accent 3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4">
    <w:name w:val="Medium Shading 1 Accent 4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5">
    <w:name w:val="Medium Shading 1 Accent 5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1-Isticanje6">
    <w:name w:val="Medium Shading 1 Accent 6"/>
    <w:basedOn w:val="Obinatablic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jenanje2">
    <w:name w:val="Medium Shading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1">
    <w:name w:val="Medium Shading 2 Accent 1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2">
    <w:name w:val="Medium Shading 2 Accent 2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3">
    <w:name w:val="Medium Shading 2 Accent 3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4">
    <w:name w:val="Medium Shading 2 Accent 4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5">
    <w:name w:val="Medium Shading 2 Accent 5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jenanje2-Isticanje6">
    <w:name w:val="Medium Shading 2 Accent 6"/>
    <w:basedOn w:val="Obinatablic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ipopis1">
    <w:name w:val="Medium Lis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popis1-Isticanje1">
    <w:name w:val="Medium List 1 Accent 1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popis1-Isticanje2">
    <w:name w:val="Medium List 1 Accent 2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ipopis1-Isticanje3">
    <w:name w:val="Medium List 1 Accent 3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popis1-Isticanje4">
    <w:name w:val="Medium List 1 Accent 4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popis1-Isticanje5">
    <w:name w:val="Medium List 1 Accent 5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popis1-Isticanje6">
    <w:name w:val="Medium List 1 Accent 6"/>
    <w:basedOn w:val="Obinatablic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popis2">
    <w:name w:val="Medium Lis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1">
    <w:name w:val="Medium List 2 Accent 1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2">
    <w:name w:val="Medium List 2 Accent 2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3">
    <w:name w:val="Medium List 2 Accent 3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4">
    <w:name w:val="Medium List 2 Accent 4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5">
    <w:name w:val="Medium List 2 Accent 5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popis2-Isticanje6">
    <w:name w:val="Medium List 2 Accent 6"/>
    <w:basedOn w:val="Obinatablic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reetka1">
    <w:name w:val="Medium Grid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reetka1-Isticanje1">
    <w:name w:val="Medium Grid 1 Accent 1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reetka1-Isticanje2">
    <w:name w:val="Medium Grid 1 Accent 2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reetka1-Isticanje3">
    <w:name w:val="Medium Grid 1 Accent 3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reetka1-Isticanje4">
    <w:name w:val="Medium Grid 1 Accent 4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reetka1-Isticanje5">
    <w:name w:val="Medium Grid 1 Accent 5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reetka1-Isticanje6">
    <w:name w:val="Medium Grid 1 Accent 6"/>
    <w:basedOn w:val="Obinatablic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reetka2">
    <w:name w:val="Medium Grid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1">
    <w:name w:val="Medium Grid 2 Accent 1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2">
    <w:name w:val="Medium Grid 2 Accent 2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3">
    <w:name w:val="Medium Grid 2 Accent 3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4">
    <w:name w:val="Medium Grid 2 Accent 4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5">
    <w:name w:val="Medium Grid 2 Accent 5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2-Isticanje6">
    <w:name w:val="Medium Grid 2 Accent 6"/>
    <w:basedOn w:val="Obinatablic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reetka3">
    <w:name w:val="Medium Grid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reetka3-Isticanje1">
    <w:name w:val="Medium Grid 3 Accent 1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reetka3-Isticanje2">
    <w:name w:val="Medium Grid 3 Accent 2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reetka3-Isticanje3">
    <w:name w:val="Medium Grid 3 Accent 3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reetka3-Isticanje4">
    <w:name w:val="Medium Grid 3 Accent 4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reetka3-Isticanje5">
    <w:name w:val="Medium Grid 3 Accent 5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reetka3-Isticanje6">
    <w:name w:val="Medium Grid 3 Accent 6"/>
    <w:basedOn w:val="Obinatablic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ipopis">
    <w:name w:val="Dark List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ipopis-Isticanje1">
    <w:name w:val="Dark List Accent 1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ipopis-Isticanje2">
    <w:name w:val="Dark List Accent 2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ipopis-Isticanje3">
    <w:name w:val="Dark List Accent 3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ipopis-Isticanje4">
    <w:name w:val="Dark List Accent 4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ipopis-Isticanje5">
    <w:name w:val="Dark List Accent 5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ipopis-Isticanje6">
    <w:name w:val="Dark List Accent 6"/>
    <w:basedOn w:val="Obinatablic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anosjenanje">
    <w:name w:val="Colorful Shading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1">
    <w:name w:val="Colorful Shading Accent 1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jenanjeuboji-Isticanje2">
    <w:name w:val="Colorful Shading Accent 2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3">
    <w:name w:val="Colorful Shading Accent 3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osjenanje-Isticanje4">
    <w:name w:val="Colorful Shading Accent 4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5">
    <w:name w:val="Colorful Shading Accent 5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osjenanje-Isticanje6">
    <w:name w:val="Colorful Shading Accent 6"/>
    <w:basedOn w:val="Obinatablic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anipopis">
    <w:name w:val="Colorful List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anipopis-Isticanje1">
    <w:name w:val="Colorful List Accent 1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anopopis-Isticanje2">
    <w:name w:val="Colorful List Accent 2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anipopis-Isticanje3">
    <w:name w:val="Colorful List Accent 3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anipopis-Isticanje4">
    <w:name w:val="Colorful List Accent 4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anipopis-Isticanje5">
    <w:name w:val="Colorful List Accent 5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anipopis-Isticanje6">
    <w:name w:val="Colorful List Accent 6"/>
    <w:basedOn w:val="Obinatablic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anareetka">
    <w:name w:val="Colorful Grid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anareetka-Isticanje1">
    <w:name w:val="Colorful Grid Accent 1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anoreetka-Isticanje2">
    <w:name w:val="Colorful Grid Accent 2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anareetka-Isticanje3">
    <w:name w:val="Colorful Grid Accent 3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anareetka-Isticanje4">
    <w:name w:val="Colorful Grid Accent 4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anareetka-Isticanje5">
    <w:name w:val="Colorful Grid Accent 5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anareetka-Isticanje6">
    <w:name w:val="Colorful Grid Accent 6"/>
    <w:basedOn w:val="Obinatablic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eza">
    <w:name w:val="Hyperlink"/>
    <w:basedOn w:val="Zadanifontodlomka"/>
    <w:uiPriority w:val="99"/>
    <w:unhideWhenUsed/>
    <w:rsid w:val="00E01F6E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01F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rvenkapica.farkaseva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Korisnik</cp:lastModifiedBy>
  <cp:revision>3</cp:revision>
  <dcterms:created xsi:type="dcterms:W3CDTF">2026-05-20T12:38:00Z</dcterms:created>
  <dcterms:modified xsi:type="dcterms:W3CDTF">2026-05-20T12:41:00Z</dcterms:modified>
  <cp:category/>
</cp:coreProperties>
</file>