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59850" w14:textId="2EA5FB6A" w:rsidR="00277080" w:rsidRPr="00277080" w:rsidRDefault="00277080" w:rsidP="0027708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B5A6B" wp14:editId="62B4A4A0">
            <wp:simplePos x="0" y="0"/>
            <wp:positionH relativeFrom="column">
              <wp:posOffset>3724275</wp:posOffset>
            </wp:positionH>
            <wp:positionV relativeFrom="paragraph">
              <wp:posOffset>-28575</wp:posOffset>
            </wp:positionV>
            <wp:extent cx="1457325" cy="1457325"/>
            <wp:effectExtent l="0" t="0" r="9525" b="9525"/>
            <wp:wrapTight wrapText="bothSides">
              <wp:wrapPolygon edited="0">
                <wp:start x="0" y="0"/>
                <wp:lineTo x="0" y="21459"/>
                <wp:lineTo x="21459" y="21459"/>
                <wp:lineTo x="21459" y="0"/>
                <wp:lineTo x="0" y="0"/>
              </wp:wrapPolygon>
            </wp:wrapTight>
            <wp:docPr id="2096273894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277080">
        <w:rPr>
          <w:rFonts w:ascii="Times New Roman" w:hAnsi="Times New Roman" w:cs="Times New Roman"/>
          <w:b/>
          <w:sz w:val="24"/>
          <w:szCs w:val="24"/>
        </w:rPr>
        <w:t>Dječji</w:t>
      </w:r>
      <w:proofErr w:type="spellEnd"/>
      <w:r w:rsidRPr="0027708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b/>
          <w:sz w:val="24"/>
          <w:szCs w:val="24"/>
        </w:rPr>
        <w:t>vrtić</w:t>
      </w:r>
      <w:proofErr w:type="spellEnd"/>
      <w:r w:rsidRPr="00277080">
        <w:rPr>
          <w:rFonts w:ascii="Times New Roman" w:hAnsi="Times New Roman" w:cs="Times New Roman"/>
          <w:b/>
          <w:sz w:val="24"/>
          <w:szCs w:val="24"/>
        </w:rPr>
        <w:t xml:space="preserve"> „</w:t>
      </w:r>
      <w:proofErr w:type="spellStart"/>
      <w:proofErr w:type="gramStart"/>
      <w:r w:rsidRPr="00277080">
        <w:rPr>
          <w:rFonts w:ascii="Times New Roman" w:hAnsi="Times New Roman" w:cs="Times New Roman"/>
          <w:b/>
          <w:sz w:val="24"/>
          <w:szCs w:val="24"/>
        </w:rPr>
        <w:t>Crvenkapica</w:t>
      </w:r>
      <w:proofErr w:type="spellEnd"/>
      <w:r w:rsidRPr="00277080">
        <w:rPr>
          <w:rFonts w:ascii="Times New Roman" w:hAnsi="Times New Roman" w:cs="Times New Roman"/>
          <w:b/>
          <w:sz w:val="24"/>
          <w:szCs w:val="24"/>
        </w:rPr>
        <w:t xml:space="preserve">“ </w:t>
      </w:r>
      <w:proofErr w:type="spellStart"/>
      <w:r w:rsidRPr="00277080">
        <w:rPr>
          <w:rFonts w:ascii="Times New Roman" w:hAnsi="Times New Roman" w:cs="Times New Roman"/>
          <w:b/>
          <w:sz w:val="24"/>
          <w:szCs w:val="24"/>
        </w:rPr>
        <w:t>Farkaševac</w:t>
      </w:r>
      <w:proofErr w:type="spellEnd"/>
      <w:proofErr w:type="gramEnd"/>
      <w:r w:rsidRPr="00277080">
        <w:rPr>
          <w:rFonts w:ascii="Times New Roman" w:hAnsi="Times New Roman" w:cs="Times New Roman"/>
          <w:b/>
          <w:sz w:val="24"/>
          <w:szCs w:val="24"/>
        </w:rPr>
        <w:br/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Farkaševac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30 a</w:t>
      </w:r>
      <w:r w:rsidRPr="00277080">
        <w:rPr>
          <w:rFonts w:ascii="Times New Roman" w:hAnsi="Times New Roman" w:cs="Times New Roman"/>
          <w:sz w:val="24"/>
          <w:szCs w:val="24"/>
        </w:rPr>
        <w:br/>
        <w:t xml:space="preserve">10344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Farkaševac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br/>
        <w:t>Tel: 01/2820-971</w:t>
      </w:r>
    </w:p>
    <w:p w14:paraId="2A00A70E" w14:textId="40C86A9A" w:rsidR="00277080" w:rsidRPr="00277080" w:rsidRDefault="00277080" w:rsidP="0027708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 xml:space="preserve">E mail: </w:t>
      </w:r>
      <w:hyperlink r:id="rId7" w:history="1">
        <w:r w:rsidRPr="00277080">
          <w:rPr>
            <w:rStyle w:val="Hiperveza"/>
            <w:rFonts w:ascii="Times New Roman" w:hAnsi="Times New Roman" w:cs="Times New Roman"/>
            <w:sz w:val="24"/>
            <w:szCs w:val="24"/>
          </w:rPr>
          <w:t>crvenkapica.farkasevac@gmail.com</w:t>
        </w:r>
      </w:hyperlink>
    </w:p>
    <w:p w14:paraId="43E57967" w14:textId="77777777" w:rsidR="00277080" w:rsidRPr="00277080" w:rsidRDefault="002770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1A97F80" w14:textId="77777777" w:rsidR="00277080" w:rsidRPr="00277080" w:rsidRDefault="0027708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BB3B6A" w14:textId="77777777" w:rsidR="00277080" w:rsidRPr="00277080" w:rsidRDefault="000000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 xml:space="preserve">ZAHTJEV ZA UPIS </w:t>
      </w:r>
    </w:p>
    <w:p w14:paraId="30124D14" w14:textId="63AE7494" w:rsidR="00620924" w:rsidRPr="00277080" w:rsidRDefault="000000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DJETETA U DJEČJI VRTIĆ / JASLICE</w:t>
      </w:r>
    </w:p>
    <w:p w14:paraId="2BC13BC4" w14:textId="77777777" w:rsidR="00277080" w:rsidRPr="00277080" w:rsidRDefault="0027708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B99C5FF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1. OSNOVNI PODACI O DJETETU</w:t>
      </w:r>
    </w:p>
    <w:p w14:paraId="554DD4E0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Ime i prezime djeteta: ____________________________________________   M / Ž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Datum i mjesto rođenja: 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OIB djeteta: 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Državljanstvo: 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Adresa stanovanja: 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Grad/Općina: 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Telefon: 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Je li dijete do sada pohađalo vrtić?   DA / NE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Ako da, koji: 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Dijete živi s (zaokružiti):</w:t>
      </w:r>
      <w:r w:rsidRPr="00277080">
        <w:rPr>
          <w:rFonts w:ascii="Times New Roman" w:hAnsi="Times New Roman" w:cs="Times New Roman"/>
          <w:sz w:val="24"/>
          <w:szCs w:val="24"/>
        </w:rPr>
        <w:br/>
        <w:t>- oba roditelja</w:t>
      </w:r>
      <w:r w:rsidRPr="00277080">
        <w:rPr>
          <w:rFonts w:ascii="Times New Roman" w:hAnsi="Times New Roman" w:cs="Times New Roman"/>
          <w:sz w:val="24"/>
          <w:szCs w:val="24"/>
        </w:rPr>
        <w:br/>
        <w:t>- majkom</w:t>
      </w:r>
      <w:r w:rsidRPr="00277080">
        <w:rPr>
          <w:rFonts w:ascii="Times New Roman" w:hAnsi="Times New Roman" w:cs="Times New Roman"/>
          <w:sz w:val="24"/>
          <w:szCs w:val="24"/>
        </w:rPr>
        <w:br/>
        <w:t>- ocem</w:t>
      </w:r>
      <w:r w:rsidRPr="00277080">
        <w:rPr>
          <w:rFonts w:ascii="Times New Roman" w:hAnsi="Times New Roman" w:cs="Times New Roman"/>
          <w:sz w:val="24"/>
          <w:szCs w:val="24"/>
        </w:rPr>
        <w:br/>
        <w:t>- ništa od navedenog: 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1C248972" w14:textId="77777777" w:rsidR="00277080" w:rsidRPr="00277080" w:rsidRDefault="00277080">
      <w:pPr>
        <w:rPr>
          <w:rFonts w:ascii="Times New Roman" w:hAnsi="Times New Roman" w:cs="Times New Roman"/>
          <w:sz w:val="24"/>
          <w:szCs w:val="24"/>
        </w:rPr>
      </w:pPr>
    </w:p>
    <w:p w14:paraId="25EC7E5A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2. PODACI O RODITELJIMA / SKRBNICIMA</w:t>
      </w:r>
    </w:p>
    <w:p w14:paraId="7CB80886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MAJKA / SKRBNICA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Ime i prezime: 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OIB: 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Telefon / mobitel: 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E-mail adresa: 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Zanimanje i stručna sprema: 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Zaposlena u: 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Radno vrijeme (od – do): 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Adresa i telefon poslodavca: 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OTAC / SKRBNIK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Ime i prezime: 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OIB: 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Telefon / mobitel: 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E-mail adresa: 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Zanimanje i stručna sprema: 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Zaposlen u: 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Radno vrijeme (od – do): 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Adresa i telefon poslodavca: 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3B2C07F9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STATUS OBITELJI (zaokružiti)</w:t>
      </w:r>
    </w:p>
    <w:p w14:paraId="233AA8B6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- bračna zajednica</w:t>
      </w:r>
      <w:r w:rsidRPr="00277080">
        <w:rPr>
          <w:rFonts w:ascii="Times New Roman" w:hAnsi="Times New Roman" w:cs="Times New Roman"/>
          <w:sz w:val="24"/>
          <w:szCs w:val="24"/>
        </w:rPr>
        <w:br/>
        <w:t>- životno partnerstvo</w:t>
      </w:r>
      <w:r w:rsidRPr="00277080">
        <w:rPr>
          <w:rFonts w:ascii="Times New Roman" w:hAnsi="Times New Roman" w:cs="Times New Roman"/>
          <w:sz w:val="24"/>
          <w:szCs w:val="24"/>
        </w:rPr>
        <w:br/>
        <w:t>- samohrani roditelj</w:t>
      </w:r>
      <w:r w:rsidRPr="00277080">
        <w:rPr>
          <w:rFonts w:ascii="Times New Roman" w:hAnsi="Times New Roman" w:cs="Times New Roman"/>
          <w:sz w:val="24"/>
          <w:szCs w:val="24"/>
        </w:rPr>
        <w:br/>
        <w:t>- izvanbračna zajednica</w:t>
      </w:r>
      <w:r w:rsidRPr="00277080">
        <w:rPr>
          <w:rFonts w:ascii="Times New Roman" w:hAnsi="Times New Roman" w:cs="Times New Roman"/>
          <w:sz w:val="24"/>
          <w:szCs w:val="24"/>
        </w:rPr>
        <w:br/>
        <w:t>- jednoroditeljska obitelj</w:t>
      </w:r>
      <w:r w:rsidRPr="00277080">
        <w:rPr>
          <w:rFonts w:ascii="Times New Roman" w:hAnsi="Times New Roman" w:cs="Times New Roman"/>
          <w:sz w:val="24"/>
          <w:szCs w:val="24"/>
        </w:rPr>
        <w:br/>
        <w:t>- skrbništvo</w:t>
      </w:r>
      <w:r w:rsidRPr="00277080">
        <w:rPr>
          <w:rFonts w:ascii="Times New Roman" w:hAnsi="Times New Roman" w:cs="Times New Roman"/>
          <w:sz w:val="24"/>
          <w:szCs w:val="24"/>
        </w:rPr>
        <w:br/>
        <w:t>- udomiteljstvo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1C670C03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3. PODACI O OSTALOJ DJECI U OBITELJI</w:t>
      </w:r>
    </w:p>
    <w:p w14:paraId="384483EA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1. 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2. 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3. 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lastRenderedPageBreak/>
        <w:t>4. 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5. 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6. 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37858405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4. OSTALI ČLANOVI KUĆANSTVA</w:t>
      </w:r>
    </w:p>
    <w:p w14:paraId="18268FC2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1A65B416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5. PODACI O ZDRAVSTVENOM STANJU DJETETA</w:t>
      </w:r>
    </w:p>
    <w:p w14:paraId="4ABA62B8" w14:textId="4E8DDDE3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Je li dijete redovito cijepljeno? DA / djelomično / NE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Je li dijete bilo hospitalizirano? DA / NE</w:t>
      </w:r>
      <w:r w:rsidRPr="00277080">
        <w:rPr>
          <w:rFonts w:ascii="Times New Roman" w:hAnsi="Times New Roman" w:cs="Times New Roman"/>
          <w:sz w:val="24"/>
          <w:szCs w:val="24"/>
        </w:rPr>
        <w:br/>
        <w:t>Ako da, zašto: 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Koje je zarazne bolesti dijete preboljelo?</w:t>
      </w:r>
      <w:r w:rsidRPr="00277080"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Zdravstveno stanje djeteta:</w:t>
      </w:r>
      <w:r w:rsidRPr="00277080"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Je li dijete bilo ili je trenutno uključeno u specifične preglede, obrade ili tretmane?</w:t>
      </w:r>
      <w:r w:rsidRPr="00277080">
        <w:rPr>
          <w:rFonts w:ascii="Times New Roman" w:hAnsi="Times New Roman" w:cs="Times New Roman"/>
          <w:sz w:val="24"/>
          <w:szCs w:val="24"/>
        </w:rPr>
        <w:br/>
        <w:t>DA / NE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Ako da, koje: 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 xml:space="preserve">Ime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djetetovog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liječnika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>,</w:t>
      </w:r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broj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telefona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e-mail adresu</w:t>
      </w:r>
      <w:r w:rsidRPr="00277080">
        <w:rPr>
          <w:rFonts w:ascii="Times New Roman" w:hAnsi="Times New Roman" w:cs="Times New Roman"/>
          <w:sz w:val="24"/>
          <w:szCs w:val="24"/>
        </w:rPr>
        <w:t>:</w:t>
      </w:r>
      <w:r w:rsidRPr="00277080"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6B6A058E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6. OSTVARIVANJE PREDNOSTI PRI UPISU</w:t>
      </w:r>
    </w:p>
    <w:p w14:paraId="5D641B2F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Molimo označite kriterije za koje prilažete dokumentaciju: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□ Dijete roditelja invalida Domovinskog rata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iz obitelji s troje ili više djece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oba zaposlena roditelja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s teškoćama u razvoju ili kroničnom bolešću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samohranog roditelja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lastRenderedPageBreak/>
        <w:t>□ Dijete jednoroditeljske obitelji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osobe s invaliditetom upisane u Hrvatski registar osoba s invaliditetom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koje je ostvarilo pravo na socijalnu uslugu smještaja u udomiteljskoj obitelji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s prebivalištem / boravištem na području Općine Farkaševac</w:t>
      </w:r>
      <w:r w:rsidRPr="00277080">
        <w:rPr>
          <w:rFonts w:ascii="Times New Roman" w:hAnsi="Times New Roman" w:cs="Times New Roman"/>
          <w:sz w:val="24"/>
          <w:szCs w:val="24"/>
        </w:rPr>
        <w:br/>
        <w:t>□ Dijete roditelja koji primaju doplatak za djecu ili zajamčenu minimalnu naknadu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6473CAFD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7. DOKUMENTACIJA</w:t>
      </w:r>
    </w:p>
    <w:p w14:paraId="493F41D9" w14:textId="2B9A5B56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Uz ispunjeni Zahtjev potrebno je priložiti: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- popunjen Zahtjev za upis djeteta</w:t>
      </w:r>
      <w:r w:rsidRPr="00277080">
        <w:rPr>
          <w:rFonts w:ascii="Times New Roman" w:hAnsi="Times New Roman" w:cs="Times New Roman"/>
          <w:sz w:val="24"/>
          <w:szCs w:val="24"/>
        </w:rPr>
        <w:br/>
        <w:t>- popunjen Inicijalni upitnik</w:t>
      </w:r>
      <w:r w:rsidRPr="00277080">
        <w:rPr>
          <w:rFonts w:ascii="Times New Roman" w:hAnsi="Times New Roman" w:cs="Times New Roman"/>
          <w:sz w:val="24"/>
          <w:szCs w:val="24"/>
        </w:rPr>
        <w:br/>
        <w:t>- presliku rodnog lista djeteta</w:t>
      </w:r>
      <w:r w:rsidRPr="00277080">
        <w:rPr>
          <w:rFonts w:ascii="Times New Roman" w:hAnsi="Times New Roman" w:cs="Times New Roman"/>
          <w:sz w:val="24"/>
          <w:szCs w:val="24"/>
        </w:rPr>
        <w:br/>
        <w:t>- potvrdu o prebivalištu / boravištu djeteta</w:t>
      </w:r>
      <w:r w:rsidRPr="00277080">
        <w:rPr>
          <w:rFonts w:ascii="Times New Roman" w:hAnsi="Times New Roman" w:cs="Times New Roman"/>
          <w:sz w:val="24"/>
          <w:szCs w:val="24"/>
        </w:rPr>
        <w:br/>
        <w:t>- presliku osobne iskaznice roditelja/skrbnika</w:t>
      </w:r>
      <w:r w:rsidRPr="00277080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presliku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iskaznice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imunizacije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karton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cijepljenja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>)</w:t>
      </w:r>
      <w:r w:rsidRPr="00277080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uvjerenje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liječnika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obavljenom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sistematskom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pregledu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djeteta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dostaviti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prvog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dana 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dolaska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vrtić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>)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Dokumentacija za ostvarivanje prednosti pri upisu dostavlja se sukladno Pravilniku.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1ACDF7ED" w14:textId="7777777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8. NAPOMENE</w:t>
      </w:r>
    </w:p>
    <w:p w14:paraId="6AAD0D9F" w14:textId="6697497F" w:rsidR="00620924" w:rsidRPr="00277080" w:rsidRDefault="00000000" w:rsidP="006D33F7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 xml:space="preserve">Predajom zahtjeva dijete nije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upisano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Dječji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vrtić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>.</w:t>
      </w:r>
      <w:r w:rsidR="006D33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Dijete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upisano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trenutku</w:t>
      </w:r>
      <w:proofErr w:type="spellEnd"/>
      <w:r w:rsidR="006D33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potpisivanja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ugovora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Dječjim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vrtićem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>.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 xml:space="preserve">Djeca s teškoćama u razvoju ne upisuju se prema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broju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ostvarenih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bodova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već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odluku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donosi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sz w:val="24"/>
          <w:szCs w:val="24"/>
        </w:rPr>
        <w:t>stručno</w:t>
      </w:r>
      <w:proofErr w:type="spellEnd"/>
      <w:r w:rsidR="00277080"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sz w:val="24"/>
          <w:szCs w:val="24"/>
        </w:rPr>
        <w:t>p</w:t>
      </w:r>
      <w:r w:rsidRPr="00277080">
        <w:rPr>
          <w:rFonts w:ascii="Times New Roman" w:hAnsi="Times New Roman" w:cs="Times New Roman"/>
          <w:sz w:val="24"/>
          <w:szCs w:val="24"/>
        </w:rPr>
        <w:t>ovjerenstvo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na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temelju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priložene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dokumentacije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obavljenog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inicijalnog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razgovora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, a u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skladu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s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Državnim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pedagoškim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standardom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predškolskog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odgoja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obrazovanja</w:t>
      </w:r>
      <w:proofErr w:type="spellEnd"/>
      <w:r w:rsidR="00277080" w:rsidRPr="0027708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U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slučaju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upisa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djece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čiji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roditelji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skrbnici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imaju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prebivalište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izvan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područja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Općine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Farkaševac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plaćaju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punu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cijenu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usluge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za program u koji se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dijete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upisuje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, a od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svojeg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nadležnog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tijela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lokalne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samouprave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na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čijem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području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imaju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prebivališta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mogu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tražiti</w:t>
      </w:r>
      <w:proofErr w:type="spellEnd"/>
      <w:r w:rsidR="006D33F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suglasnost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 xml:space="preserve"> za </w:t>
      </w:r>
      <w:proofErr w:type="spellStart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sufinanciranje</w:t>
      </w:r>
      <w:proofErr w:type="spellEnd"/>
      <w:r w:rsidR="00277080" w:rsidRPr="0027708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0BF07464" w14:textId="0D2CC8F7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b/>
          <w:sz w:val="24"/>
          <w:szCs w:val="24"/>
        </w:rPr>
        <w:t>IZJAVA PODNOSITELJA ZAHTJEVA</w:t>
      </w:r>
      <w:r w:rsidRPr="00277080">
        <w:rPr>
          <w:rFonts w:ascii="Times New Roman" w:hAnsi="Times New Roman" w:cs="Times New Roman"/>
          <w:b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t xml:space="preserve">Izjavljujem i vlastoručnim potpisom potvrđujem da su podaci navedeni u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ovom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Zahtjevu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priloženoj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dokumentaciji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080">
        <w:rPr>
          <w:rFonts w:ascii="Times New Roman" w:hAnsi="Times New Roman" w:cs="Times New Roman"/>
          <w:sz w:val="24"/>
          <w:szCs w:val="24"/>
        </w:rPr>
        <w:t>točni</w:t>
      </w:r>
      <w:proofErr w:type="spellEnd"/>
      <w:r w:rsid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708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2770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7080">
        <w:rPr>
          <w:rFonts w:ascii="Times New Roman" w:hAnsi="Times New Roman" w:cs="Times New Roman"/>
          <w:sz w:val="24"/>
          <w:szCs w:val="24"/>
        </w:rPr>
        <w:t>istiniti</w:t>
      </w:r>
      <w:proofErr w:type="spellEnd"/>
      <w:r w:rsidRPr="00277080">
        <w:rPr>
          <w:rFonts w:ascii="Times New Roman" w:hAnsi="Times New Roman" w:cs="Times New Roman"/>
          <w:sz w:val="24"/>
          <w:szCs w:val="24"/>
        </w:rPr>
        <w:t>.</w:t>
      </w:r>
    </w:p>
    <w:p w14:paraId="7FA608D3" w14:textId="69584E45" w:rsid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lastRenderedPageBreak/>
        <w:br/>
        <w:t xml:space="preserve">U Farkaševcu, ___________________ 2026. </w:t>
      </w:r>
      <w:proofErr w:type="spellStart"/>
      <w:r w:rsidR="006D33F7">
        <w:rPr>
          <w:rFonts w:ascii="Times New Roman" w:hAnsi="Times New Roman" w:cs="Times New Roman"/>
          <w:sz w:val="24"/>
          <w:szCs w:val="24"/>
        </w:rPr>
        <w:t>g</w:t>
      </w:r>
      <w:r w:rsidRPr="00277080">
        <w:rPr>
          <w:rFonts w:ascii="Times New Roman" w:hAnsi="Times New Roman" w:cs="Times New Roman"/>
          <w:sz w:val="24"/>
          <w:szCs w:val="24"/>
        </w:rPr>
        <w:t>odine</w:t>
      </w:r>
      <w:proofErr w:type="spellEnd"/>
    </w:p>
    <w:p w14:paraId="1A40A6CE" w14:textId="77777777" w:rsidR="00277080" w:rsidRDefault="00277080">
      <w:pPr>
        <w:rPr>
          <w:rFonts w:ascii="Times New Roman" w:hAnsi="Times New Roman" w:cs="Times New Roman"/>
          <w:sz w:val="24"/>
          <w:szCs w:val="24"/>
        </w:rPr>
      </w:pPr>
    </w:p>
    <w:p w14:paraId="22ADDBD3" w14:textId="267965BC" w:rsidR="00620924" w:rsidRPr="00277080" w:rsidRDefault="00000000">
      <w:pPr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br/>
      </w:r>
    </w:p>
    <w:p w14:paraId="02D6E9AD" w14:textId="77777777" w:rsidR="00620924" w:rsidRPr="00277080" w:rsidRDefault="00000000" w:rsidP="00277080">
      <w:pPr>
        <w:jc w:val="right"/>
        <w:rPr>
          <w:rFonts w:ascii="Times New Roman" w:hAnsi="Times New Roman" w:cs="Times New Roman"/>
          <w:sz w:val="24"/>
          <w:szCs w:val="24"/>
        </w:rPr>
      </w:pPr>
      <w:r w:rsidRPr="00277080">
        <w:rPr>
          <w:rFonts w:ascii="Times New Roman" w:hAnsi="Times New Roman" w:cs="Times New Roman"/>
          <w:sz w:val="24"/>
          <w:szCs w:val="24"/>
        </w:rPr>
        <w:t>Podnositelji zahtjeva: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_______________________________</w:t>
      </w:r>
      <w:r w:rsidRPr="00277080">
        <w:rPr>
          <w:rFonts w:ascii="Times New Roman" w:hAnsi="Times New Roman" w:cs="Times New Roman"/>
          <w:sz w:val="24"/>
          <w:szCs w:val="24"/>
        </w:rPr>
        <w:br/>
      </w:r>
      <w:r w:rsidRPr="00277080">
        <w:rPr>
          <w:rFonts w:ascii="Times New Roman" w:hAnsi="Times New Roman" w:cs="Times New Roman"/>
          <w:sz w:val="24"/>
          <w:szCs w:val="24"/>
        </w:rPr>
        <w:br/>
        <w:t>_______________________________</w:t>
      </w:r>
    </w:p>
    <w:sectPr w:rsidR="00620924" w:rsidRPr="0027708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Brojevi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Brojevi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Grafikeoznak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Grafikeoznak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Brojevi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13999105">
    <w:abstractNumId w:val="8"/>
  </w:num>
  <w:num w:numId="2" w16cid:durableId="1189296425">
    <w:abstractNumId w:val="6"/>
  </w:num>
  <w:num w:numId="3" w16cid:durableId="1885865258">
    <w:abstractNumId w:val="5"/>
  </w:num>
  <w:num w:numId="4" w16cid:durableId="894004671">
    <w:abstractNumId w:val="4"/>
  </w:num>
  <w:num w:numId="5" w16cid:durableId="1963076134">
    <w:abstractNumId w:val="7"/>
  </w:num>
  <w:num w:numId="6" w16cid:durableId="306788214">
    <w:abstractNumId w:val="3"/>
  </w:num>
  <w:num w:numId="7" w16cid:durableId="1874229925">
    <w:abstractNumId w:val="2"/>
  </w:num>
  <w:num w:numId="8" w16cid:durableId="1649356854">
    <w:abstractNumId w:val="1"/>
  </w:num>
  <w:num w:numId="9" w16cid:durableId="772480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77080"/>
    <w:rsid w:val="0029639D"/>
    <w:rsid w:val="00326F90"/>
    <w:rsid w:val="00620924"/>
    <w:rsid w:val="006D33F7"/>
    <w:rsid w:val="00843AF6"/>
    <w:rsid w:val="00A409B5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086611"/>
  <w14:defaultImageDpi w14:val="300"/>
  <w15:docId w15:val="{9EFC4FBE-4240-4F62-8041-FE86D438E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Naslov1">
    <w:name w:val="heading 1"/>
    <w:basedOn w:val="Normal"/>
    <w:next w:val="Normal"/>
    <w:link w:val="Naslov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618BF"/>
  </w:style>
  <w:style w:type="paragraph" w:styleId="Podnoje">
    <w:name w:val="footer"/>
    <w:basedOn w:val="Normal"/>
    <w:link w:val="Podnoje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618BF"/>
  </w:style>
  <w:style w:type="paragraph" w:styleId="Bezproreda">
    <w:name w:val="No Spacing"/>
    <w:uiPriority w:val="1"/>
    <w:qFormat/>
    <w:rsid w:val="00FC693F"/>
    <w:pPr>
      <w:spacing w:after="0" w:line="240" w:lineRule="auto"/>
    </w:pPr>
  </w:style>
  <w:style w:type="character" w:customStyle="1" w:styleId="Naslov1Char">
    <w:name w:val="Naslov 1 Char"/>
    <w:basedOn w:val="Zadanifontodlomka"/>
    <w:link w:val="Naslov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slov2Char">
    <w:name w:val="Naslov 2 Char"/>
    <w:basedOn w:val="Zadanifontodlomka"/>
    <w:link w:val="Naslov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slov3Char">
    <w:name w:val="Naslov 3 Char"/>
    <w:basedOn w:val="Zadanifontodlomka"/>
    <w:link w:val="Naslov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">
    <w:name w:val="Title"/>
    <w:basedOn w:val="Normal"/>
    <w:next w:val="Normal"/>
    <w:link w:val="Nasl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slovChar">
    <w:name w:val="Naslov Char"/>
    <w:basedOn w:val="Zadanifontodlomka"/>
    <w:link w:val="Nasl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slovChar">
    <w:name w:val="Podnaslov Char"/>
    <w:basedOn w:val="Zadanifontodlomka"/>
    <w:link w:val="Podnaslov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lomakpopis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ijeloteksta">
    <w:name w:val="Body Text"/>
    <w:basedOn w:val="Normal"/>
    <w:link w:val="TijelotekstaChar"/>
    <w:uiPriority w:val="99"/>
    <w:unhideWhenUsed/>
    <w:rsid w:val="00AA1D8D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rsid w:val="00AA1D8D"/>
  </w:style>
  <w:style w:type="paragraph" w:styleId="Tijeloteksta2">
    <w:name w:val="Body Text 2"/>
    <w:basedOn w:val="Normal"/>
    <w:link w:val="Tijeloteksta2Char"/>
    <w:uiPriority w:val="99"/>
    <w:unhideWhenUsed/>
    <w:rsid w:val="00AA1D8D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rsid w:val="00AA1D8D"/>
  </w:style>
  <w:style w:type="paragraph" w:styleId="Tijeloteksta3">
    <w:name w:val="Body Text 3"/>
    <w:basedOn w:val="Normal"/>
    <w:link w:val="Tijeloteksta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ijeloteksta3Char">
    <w:name w:val="Tijelo teksta 3 Char"/>
    <w:basedOn w:val="Zadanifontodlomka"/>
    <w:link w:val="Tijeloteksta3"/>
    <w:uiPriority w:val="99"/>
    <w:rsid w:val="00AA1D8D"/>
    <w:rPr>
      <w:sz w:val="16"/>
      <w:szCs w:val="16"/>
    </w:rPr>
  </w:style>
  <w:style w:type="paragraph" w:styleId="Popis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Popis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Popis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Grafikeoznak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Grafikeoznak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Grafikeoznak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Brojevi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Brojevi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Brojevi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Nastavakpopis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Nastavakpopis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Nastavakpopis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kstmakronaredbe">
    <w:name w:val="macro"/>
    <w:link w:val="Tekstmakronaredbe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onaredbeChar">
    <w:name w:val="Tekst makronaredbe Char"/>
    <w:basedOn w:val="Zadanifontodlomka"/>
    <w:link w:val="Tekstmakronaredbe"/>
    <w:uiPriority w:val="99"/>
    <w:rsid w:val="0029639D"/>
    <w:rPr>
      <w:rFonts w:ascii="Courier" w:hAnsi="Courier"/>
      <w:sz w:val="20"/>
      <w:szCs w:val="20"/>
    </w:rPr>
  </w:style>
  <w:style w:type="paragraph" w:styleId="Citat">
    <w:name w:val="Quote"/>
    <w:basedOn w:val="Normal"/>
    <w:next w:val="Normal"/>
    <w:link w:val="CitatChar"/>
    <w:uiPriority w:val="29"/>
    <w:qFormat/>
    <w:rsid w:val="00FC693F"/>
    <w:rPr>
      <w:i/>
      <w:iCs/>
      <w:color w:val="000000" w:themeColor="text1"/>
    </w:rPr>
  </w:style>
  <w:style w:type="character" w:customStyle="1" w:styleId="CitatChar">
    <w:name w:val="Citat Char"/>
    <w:basedOn w:val="Zadanifontodlomka"/>
    <w:link w:val="Citat"/>
    <w:uiPriority w:val="29"/>
    <w:rsid w:val="00FC693F"/>
    <w:rPr>
      <w:i/>
      <w:iCs/>
      <w:color w:val="000000" w:themeColor="text1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Opisslik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Naglaeno">
    <w:name w:val="Strong"/>
    <w:basedOn w:val="Zadanifontodlomka"/>
    <w:uiPriority w:val="22"/>
    <w:qFormat/>
    <w:rsid w:val="00FC693F"/>
    <w:rPr>
      <w:b/>
      <w:bCs/>
    </w:rPr>
  </w:style>
  <w:style w:type="character" w:styleId="Istaknuto">
    <w:name w:val="Emphasis"/>
    <w:basedOn w:val="Zadanifontodlomka"/>
    <w:uiPriority w:val="20"/>
    <w:qFormat/>
    <w:rsid w:val="00FC693F"/>
    <w:rPr>
      <w:i/>
      <w:iCs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C693F"/>
    <w:rPr>
      <w:b/>
      <w:bCs/>
      <w:i/>
      <w:iCs/>
      <w:color w:val="4F81BD" w:themeColor="accent1"/>
    </w:rPr>
  </w:style>
  <w:style w:type="character" w:styleId="Neupadljivoisticanje">
    <w:name w:val="Subtle Emphasis"/>
    <w:basedOn w:val="Zadanifontodlomka"/>
    <w:uiPriority w:val="19"/>
    <w:qFormat/>
    <w:rsid w:val="00FC693F"/>
    <w:rPr>
      <w:i/>
      <w:iCs/>
      <w:color w:val="808080" w:themeColor="text1" w:themeTint="7F"/>
    </w:rPr>
  </w:style>
  <w:style w:type="character" w:styleId="Jakoisticanje">
    <w:name w:val="Intense Emphasis"/>
    <w:basedOn w:val="Zadanifontodlomka"/>
    <w:uiPriority w:val="21"/>
    <w:qFormat/>
    <w:rsid w:val="00FC693F"/>
    <w:rPr>
      <w:b/>
      <w:bCs/>
      <w:i/>
      <w:iCs/>
      <w:color w:val="4F81BD" w:themeColor="accent1"/>
    </w:rPr>
  </w:style>
  <w:style w:type="character" w:styleId="Neupadljivareferenca">
    <w:name w:val="Subtle Reference"/>
    <w:basedOn w:val="Zadanifontodlomka"/>
    <w:uiPriority w:val="31"/>
    <w:qFormat/>
    <w:rsid w:val="00FC693F"/>
    <w:rPr>
      <w:smallCaps/>
      <w:color w:val="C0504D" w:themeColor="accent2"/>
      <w:u w:val="single"/>
    </w:rPr>
  </w:style>
  <w:style w:type="character" w:styleId="Istaknutareferenca">
    <w:name w:val="Intense Reference"/>
    <w:basedOn w:val="Zadanifontodlomka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aslovknjige">
    <w:name w:val="Book Title"/>
    <w:basedOn w:val="Zadanifontodlomka"/>
    <w:uiPriority w:val="33"/>
    <w:qFormat/>
    <w:rsid w:val="00FC693F"/>
    <w:rPr>
      <w:b/>
      <w:bCs/>
      <w:smallCaps/>
      <w:spacing w:val="5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FC693F"/>
    <w:pPr>
      <w:outlineLvl w:val="9"/>
    </w:pPr>
  </w:style>
  <w:style w:type="table" w:styleId="Reetkatablice">
    <w:name w:val="Table Grid"/>
    <w:basedOn w:val="Obinatablic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ijetlosjenanje">
    <w:name w:val="Light Shading"/>
    <w:basedOn w:val="Obinatablic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ijetlosjenanje-Isticanje1">
    <w:name w:val="Light Shading Accent 1"/>
    <w:basedOn w:val="Obinatablic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ijetlosjenanje-Isticanje2">
    <w:name w:val="Light Shading Accent 2"/>
    <w:basedOn w:val="Obinatablic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ijetlosjenanje-Isticanje3">
    <w:name w:val="Light Shading Accent 3"/>
    <w:basedOn w:val="Obinatablic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ijetlosjenanje-Isticanje4">
    <w:name w:val="Light Shading Accent 4"/>
    <w:basedOn w:val="Obinatablic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ijetlosjenanje-Isticanje5">
    <w:name w:val="Light Shading Accent 5"/>
    <w:basedOn w:val="Obinatablic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ijetlosjenanje-Isticanje6">
    <w:name w:val="Light Shading Accent 6"/>
    <w:basedOn w:val="Obinatablic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ijetlipopis">
    <w:name w:val="Light List"/>
    <w:basedOn w:val="Obinatablic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ijetlipopis-Isticanje1">
    <w:name w:val="Light List Accent 1"/>
    <w:basedOn w:val="Obinatablic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ijetlipopis-Isticanje2">
    <w:name w:val="Light List Accent 2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ijetlipopis-Isticanje3">
    <w:name w:val="Light List Accent 3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ijetlipopis-Isticanje4">
    <w:name w:val="Light List Accent 4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ijetlipopis-Isticanje5">
    <w:name w:val="Light List Accent 5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rednjipopis-Isticanje6">
    <w:name w:val="Light List Accent 6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ijetlareetka">
    <w:name w:val="Light Grid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ijetlareetka-Isticanje1">
    <w:name w:val="Light Grid Accent 1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ijetlareetka-Isticanje2">
    <w:name w:val="Light Grid Accent 2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ijetlareetka-Isticanje3">
    <w:name w:val="Light Grid Accent 3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ijetlareetka-Isticanje4">
    <w:name w:val="Light Grid Accent 4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ijetlareetka-Isticanje5">
    <w:name w:val="Light Grid Accent 5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rednjareetka-Isticanje6">
    <w:name w:val="Light Grid Accent 6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rednjesjenanje1">
    <w:name w:val="Medium Shading 1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1">
    <w:name w:val="Medium Shading 1 Accent 1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2">
    <w:name w:val="Medium Shading 1 Accent 2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3">
    <w:name w:val="Medium Shading 1 Accent 3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4">
    <w:name w:val="Medium Shading 1 Accent 4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5">
    <w:name w:val="Medium Shading 1 Accent 5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6">
    <w:name w:val="Medium Shading 1 Accent 6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2">
    <w:name w:val="Medium Shading 2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1">
    <w:name w:val="Medium Shading 2 Accent 1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2">
    <w:name w:val="Medium Shading 2 Accent 2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3">
    <w:name w:val="Medium Shading 2 Accent 3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4">
    <w:name w:val="Medium Shading 2 Accent 4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5">
    <w:name w:val="Medium Shading 2 Accent 5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6">
    <w:name w:val="Medium Shading 2 Accent 6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ipopis1">
    <w:name w:val="Medium List 1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rednjipopis1-Isticanje1">
    <w:name w:val="Medium List 1 Accent 1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rednjipopis1-Isticanje2">
    <w:name w:val="Medium List 1 Accent 2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rednjipopis1-Isticanje3">
    <w:name w:val="Medium List 1 Accent 3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rednjipopis1-Isticanje4">
    <w:name w:val="Medium List 1 Accent 4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rednjipopis1-Isticanje5">
    <w:name w:val="Medium List 1 Accent 5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rednjipopis1-Isticanje6">
    <w:name w:val="Medium List 1 Accent 6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rednjipopis2">
    <w:name w:val="Medium List 2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1">
    <w:name w:val="Medium List 2 Accent 1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2">
    <w:name w:val="Medium List 2 Accent 2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3">
    <w:name w:val="Medium List 2 Accent 3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4">
    <w:name w:val="Medium List 2 Accent 4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5">
    <w:name w:val="Medium List 2 Accent 5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6">
    <w:name w:val="Medium List 2 Accent 6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areetka1">
    <w:name w:val="Medium Grid 1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rednjareetka1-Isticanje1">
    <w:name w:val="Medium Grid 1 Accent 1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rednjareetka1-Isticanje2">
    <w:name w:val="Medium Grid 1 Accent 2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rednjareetka1-Isticanje3">
    <w:name w:val="Medium Grid 1 Accent 3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rednjareetka1-Isticanje4">
    <w:name w:val="Medium Grid 1 Accent 4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rednjareetka1-Isticanje5">
    <w:name w:val="Medium Grid 1 Accent 5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rednjareetka1-Isticanje6">
    <w:name w:val="Medium Grid 1 Accent 6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rednjareetka2">
    <w:name w:val="Medium Grid 2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1">
    <w:name w:val="Medium Grid 2 Accent 1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2">
    <w:name w:val="Medium Grid 2 Accent 2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3">
    <w:name w:val="Medium Grid 2 Accent 3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4">
    <w:name w:val="Medium Grid 2 Accent 4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5">
    <w:name w:val="Medium Grid 2 Accent 5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6">
    <w:name w:val="Medium Grid 2 Accent 6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3">
    <w:name w:val="Medium Grid 3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rednjareetka3-Isticanje1">
    <w:name w:val="Medium Grid 3 Accent 1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rednjareetka3-Isticanje2">
    <w:name w:val="Medium Grid 3 Accent 2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rednjareetka3-Isticanje3">
    <w:name w:val="Medium Grid 3 Accent 3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rednjareetka3-Isticanje4">
    <w:name w:val="Medium Grid 3 Accent 4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rednjareetka3-Isticanje5">
    <w:name w:val="Medium Grid 3 Accent 5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rednjareetka3-Isticanje6">
    <w:name w:val="Medium Grid 3 Accent 6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amnipopis">
    <w:name w:val="Dark List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amnipopis-Isticanje1">
    <w:name w:val="Dark List Accent 1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amnipopis-Isticanje2">
    <w:name w:val="Dark List Accent 2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amnipopis-Isticanje3">
    <w:name w:val="Dark List Accent 3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amnipopis-Isticanje4">
    <w:name w:val="Dark List Accent 4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amnipopis-Isticanje5">
    <w:name w:val="Dark List Accent 5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amnipopis-Isticanje6">
    <w:name w:val="Dark List Accent 6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Obojanosjenanje">
    <w:name w:val="Colorful Shading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1">
    <w:name w:val="Colorful Shading Accent 1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jenanjeuboji-Isticanje2">
    <w:name w:val="Colorful Shading Accent 2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3">
    <w:name w:val="Colorful Shading Accent 3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bojanosjenanje-Isticanje4">
    <w:name w:val="Colorful Shading Accent 4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5">
    <w:name w:val="Colorful Shading Accent 5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6">
    <w:name w:val="Colorful Shading Accent 6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ipopis">
    <w:name w:val="Colorful List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Obojanipopis-Isticanje1">
    <w:name w:val="Colorful List Accent 1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Obojanopopis-Isticanje2">
    <w:name w:val="Colorful List Accent 2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Obojanipopis-Isticanje3">
    <w:name w:val="Colorful List Accent 3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Obojanipopis-Isticanje4">
    <w:name w:val="Colorful List Accent 4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Obojanipopis-Isticanje5">
    <w:name w:val="Colorful List Accent 5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Obojanipopis-Isticanje6">
    <w:name w:val="Colorful List Accent 6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Obojanareetka">
    <w:name w:val="Colorful Grid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bojanareetka-Isticanje1">
    <w:name w:val="Colorful Grid Accent 1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bojanoreetka-Isticanje2">
    <w:name w:val="Colorful Grid Accent 2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bojanareetka-Isticanje3">
    <w:name w:val="Colorful Grid Accent 3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bojanareetka-Isticanje4">
    <w:name w:val="Colorful Grid Accent 4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bojanareetka-Isticanje5">
    <w:name w:val="Colorful Grid Accent 5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bojanareetka-Isticanje6">
    <w:name w:val="Colorful Grid Accent 6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eza">
    <w:name w:val="Hyperlink"/>
    <w:basedOn w:val="Zadanifontodlomka"/>
    <w:uiPriority w:val="99"/>
    <w:unhideWhenUsed/>
    <w:rsid w:val="00277080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770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rvenkapica.farkasevac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878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5876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Korisnik</cp:lastModifiedBy>
  <cp:revision>2</cp:revision>
  <dcterms:created xsi:type="dcterms:W3CDTF">2026-05-20T13:25:00Z</dcterms:created>
  <dcterms:modified xsi:type="dcterms:W3CDTF">2026-05-20T13:25:00Z</dcterms:modified>
  <cp:category/>
</cp:coreProperties>
</file>